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0"/>
      </w:tblGrid>
      <w:tr w:rsidR="005B6FE9" w14:paraId="117C1536" w14:textId="77777777" w:rsidTr="003445CB">
        <w:trPr>
          <w:trHeight w:val="1600"/>
          <w:jc w:val="center"/>
        </w:trPr>
        <w:tc>
          <w:tcPr>
            <w:tcW w:w="2400" w:type="dxa"/>
            <w:vAlign w:val="center"/>
          </w:tcPr>
          <w:p w14:paraId="7C778D7E" w14:textId="442C881C" w:rsidR="005B6FE9" w:rsidRPr="005B6FE9" w:rsidRDefault="005B6FE9" w:rsidP="005B6FE9">
            <w:pPr>
              <w:jc w:val="center"/>
              <w:rPr>
                <w:color w:val="808080"/>
                <w:sz w:val="18"/>
              </w:rPr>
            </w:pPr>
            <w:r>
              <w:rPr>
                <w:color w:val="808080"/>
                <w:sz w:val="18"/>
              </w:rPr>
              <w:t>{{</w:t>
            </w:r>
            <w:proofErr w:type="spellStart"/>
            <w:r>
              <w:rPr>
                <w:color w:val="808080"/>
                <w:sz w:val="18"/>
              </w:rPr>
              <w:t>cp_logo</w:t>
            </w:r>
            <w:proofErr w:type="spellEnd"/>
            <w:r>
              <w:rPr>
                <w:color w:val="808080"/>
                <w:sz w:val="18"/>
              </w:rPr>
              <w:t>}}</w:t>
            </w:r>
          </w:p>
        </w:tc>
      </w:tr>
    </w:tbl>
    <w:p w14:paraId="18660CCC" w14:textId="77777777" w:rsidR="005B6FE9" w:rsidRPr="005B6FE9" w:rsidRDefault="005B6FE9" w:rsidP="005B6FE9"/>
    <w:p w14:paraId="2F3AD801" w14:textId="7EC9A258" w:rsidR="008E717A" w:rsidRPr="00320B7E" w:rsidRDefault="00000000" w:rsidP="005B6FE9">
      <w:pPr>
        <w:spacing w:after="40"/>
        <w:jc w:val="center"/>
        <w:rPr>
          <w:rFonts w:ascii="Century Schoolbook" w:hAnsi="Century Schoolbook"/>
          <w:b/>
          <w:bCs/>
          <w:sz w:val="52"/>
          <w:szCs w:val="52"/>
        </w:rPr>
      </w:pPr>
      <w:r w:rsidRPr="00320B7E">
        <w:rPr>
          <w:rFonts w:ascii="Century Schoolbook" w:hAnsi="Century Schoolbook"/>
          <w:b/>
          <w:bCs/>
          <w:color w:val="000000"/>
          <w:sz w:val="52"/>
          <w:szCs w:val="52"/>
        </w:rPr>
        <w:t>Fax Cover Sheet</w:t>
      </w:r>
    </w:p>
    <w:p w14:paraId="044A877C" w14:textId="77777777" w:rsidR="00320B7E" w:rsidRPr="00320B7E" w:rsidRDefault="00320B7E" w:rsidP="00320B7E">
      <w:pPr>
        <w:spacing w:after="40"/>
        <w:rPr>
          <w:rFonts w:ascii="Century Schoolbook" w:hAnsi="Century Schoolbook"/>
        </w:rPr>
      </w:pPr>
    </w:p>
    <w:tbl>
      <w:tblPr>
        <w:tblW w:w="0" w:type="auto"/>
        <w:jc w:val="center"/>
        <w:tblLayout w:type="fixed"/>
        <w:tblCellMar>
          <w:top w:w="115" w:type="dxa"/>
        </w:tblCellMar>
        <w:tblLook w:val="04A0" w:firstRow="1" w:lastRow="0" w:firstColumn="1" w:lastColumn="0" w:noHBand="0" w:noVBand="1"/>
      </w:tblPr>
      <w:tblGrid>
        <w:gridCol w:w="2160"/>
        <w:gridCol w:w="7200"/>
      </w:tblGrid>
      <w:tr w:rsidR="008E717A" w:rsidRPr="002B20C4" w14:paraId="2129D420" w14:textId="77777777" w:rsidTr="003445CB">
        <w:trPr>
          <w:jc w:val="center"/>
        </w:trPr>
        <w:tc>
          <w:tcPr>
            <w:tcW w:w="2160" w:type="dxa"/>
            <w:tcBorders>
              <w:top w:val="single" w:sz="8" w:space="0" w:color="333333"/>
              <w:bottom w:val="single" w:sz="4" w:space="0" w:color="E0E0E0"/>
            </w:tcBorders>
          </w:tcPr>
          <w:p w14:paraId="7F7D5B20" w14:textId="2E25BFB7" w:rsidR="008E717A" w:rsidRPr="002B20C4" w:rsidRDefault="00000000" w:rsidP="00320B7E">
            <w:pPr>
              <w:spacing w:before="120" w:after="120" w:line="360" w:lineRule="auto"/>
              <w:rPr>
                <w:rFonts w:ascii="Century Schoolbook" w:hAnsi="Century Schoolbook"/>
                <w:b/>
                <w:bCs/>
                <w:sz w:val="24"/>
                <w:szCs w:val="24"/>
              </w:rPr>
            </w:pPr>
            <w:r w:rsidRPr="002B20C4">
              <w:rPr>
                <w:rFonts w:ascii="Century Schoolbook" w:hAnsi="Century Schoolbook"/>
                <w:b/>
                <w:bCs/>
                <w:color w:val="787878"/>
                <w:sz w:val="24"/>
                <w:szCs w:val="24"/>
              </w:rPr>
              <w:t>T</w:t>
            </w:r>
            <w:r w:rsidR="001F1A3F">
              <w:rPr>
                <w:rFonts w:ascii="Century Schoolbook" w:hAnsi="Century Schoolbook"/>
                <w:b/>
                <w:bCs/>
                <w:color w:val="787878"/>
                <w:sz w:val="24"/>
                <w:szCs w:val="24"/>
              </w:rPr>
              <w:t>O</w:t>
            </w:r>
          </w:p>
        </w:tc>
        <w:tc>
          <w:tcPr>
            <w:tcW w:w="7200" w:type="dxa"/>
            <w:tcBorders>
              <w:top w:val="single" w:sz="8" w:space="0" w:color="333333"/>
              <w:bottom w:val="single" w:sz="4" w:space="0" w:color="E0E0E0"/>
            </w:tcBorders>
          </w:tcPr>
          <w:p w14:paraId="071DE6BF" w14:textId="105ED346" w:rsidR="008E717A" w:rsidRPr="002B20C4" w:rsidRDefault="00CA7297" w:rsidP="00320B7E">
            <w:pPr>
              <w:spacing w:before="120" w:after="120" w:line="360" w:lineRule="auto"/>
              <w:rPr>
                <w:rFonts w:ascii="Century Schoolbook" w:hAnsi="Century Schoolbook"/>
                <w:sz w:val="24"/>
                <w:szCs w:val="24"/>
              </w:rPr>
            </w:pPr>
            <w:r w:rsidRPr="002B20C4">
              <w:rPr>
                <w:rFonts w:ascii="Century Schoolbook" w:hAnsi="Century Schoolbook"/>
                <w:color w:val="000000"/>
                <w:sz w:val="24"/>
                <w:szCs w:val="24"/>
              </w:rPr>
              <w:t>{{</w:t>
            </w:r>
            <w:proofErr w:type="spellStart"/>
            <w:r w:rsidRPr="002B20C4">
              <w:rPr>
                <w:rFonts w:ascii="Century Schoolbook" w:hAnsi="Century Schoolbook"/>
                <w:color w:val="000000"/>
                <w:sz w:val="24"/>
                <w:szCs w:val="24"/>
              </w:rPr>
              <w:t>cp_toName</w:t>
            </w:r>
            <w:proofErr w:type="spellEnd"/>
            <w:r w:rsidRPr="002B20C4">
              <w:rPr>
                <w:rFonts w:ascii="Century Schoolbook" w:hAnsi="Century Schoolbook"/>
                <w:color w:val="000000"/>
                <w:sz w:val="24"/>
                <w:szCs w:val="24"/>
              </w:rPr>
              <w:t>}}</w:t>
            </w:r>
          </w:p>
        </w:tc>
      </w:tr>
      <w:tr w:rsidR="008E717A" w:rsidRPr="002B20C4" w14:paraId="35250572" w14:textId="77777777" w:rsidTr="003445CB">
        <w:trPr>
          <w:jc w:val="center"/>
        </w:trPr>
        <w:tc>
          <w:tcPr>
            <w:tcW w:w="2160" w:type="dxa"/>
            <w:tcBorders>
              <w:bottom w:val="single" w:sz="4" w:space="0" w:color="E0E0E0"/>
            </w:tcBorders>
          </w:tcPr>
          <w:p w14:paraId="5CBBA5F1" w14:textId="4102C922" w:rsidR="008E717A" w:rsidRPr="002B20C4" w:rsidRDefault="00000000" w:rsidP="00320B7E">
            <w:pPr>
              <w:spacing w:before="120" w:after="120" w:line="360" w:lineRule="auto"/>
              <w:rPr>
                <w:rFonts w:ascii="Century Schoolbook" w:hAnsi="Century Schoolbook"/>
                <w:b/>
                <w:bCs/>
                <w:sz w:val="24"/>
                <w:szCs w:val="24"/>
              </w:rPr>
            </w:pPr>
            <w:r w:rsidRPr="002B20C4">
              <w:rPr>
                <w:rFonts w:ascii="Century Schoolbook" w:hAnsi="Century Schoolbook"/>
                <w:b/>
                <w:bCs/>
                <w:color w:val="787878"/>
                <w:sz w:val="24"/>
                <w:szCs w:val="24"/>
              </w:rPr>
              <w:t>F</w:t>
            </w:r>
            <w:r w:rsidR="001F1A3F">
              <w:rPr>
                <w:rFonts w:ascii="Century Schoolbook" w:hAnsi="Century Schoolbook"/>
                <w:b/>
                <w:bCs/>
                <w:color w:val="787878"/>
                <w:sz w:val="24"/>
                <w:szCs w:val="24"/>
              </w:rPr>
              <w:t>ROM</w:t>
            </w:r>
          </w:p>
        </w:tc>
        <w:tc>
          <w:tcPr>
            <w:tcW w:w="7200" w:type="dxa"/>
            <w:tcBorders>
              <w:bottom w:val="single" w:sz="4" w:space="0" w:color="E0E0E0"/>
            </w:tcBorders>
          </w:tcPr>
          <w:p w14:paraId="25D9F1FC" w14:textId="350265BC" w:rsidR="008E717A" w:rsidRPr="002B20C4" w:rsidRDefault="00CA7297" w:rsidP="00320B7E">
            <w:pPr>
              <w:spacing w:before="120" w:after="120" w:line="360" w:lineRule="auto"/>
              <w:rPr>
                <w:rFonts w:ascii="Century Schoolbook" w:hAnsi="Century Schoolbook"/>
                <w:sz w:val="24"/>
                <w:szCs w:val="24"/>
              </w:rPr>
            </w:pPr>
            <w:r w:rsidRPr="002B20C4">
              <w:rPr>
                <w:rFonts w:ascii="Century Schoolbook" w:hAnsi="Century Schoolbook"/>
                <w:color w:val="000000"/>
                <w:sz w:val="24"/>
                <w:szCs w:val="24"/>
              </w:rPr>
              <w:t>{{</w:t>
            </w:r>
            <w:proofErr w:type="spellStart"/>
            <w:r w:rsidRPr="002B20C4">
              <w:rPr>
                <w:rFonts w:ascii="Century Schoolbook" w:hAnsi="Century Schoolbook"/>
                <w:color w:val="000000"/>
                <w:sz w:val="24"/>
                <w:szCs w:val="24"/>
              </w:rPr>
              <w:t>cp_fromName</w:t>
            </w:r>
            <w:proofErr w:type="spellEnd"/>
            <w:r w:rsidRPr="002B20C4">
              <w:rPr>
                <w:rFonts w:ascii="Century Schoolbook" w:hAnsi="Century Schoolbook"/>
                <w:color w:val="000000"/>
                <w:sz w:val="24"/>
                <w:szCs w:val="24"/>
              </w:rPr>
              <w:t>}}</w:t>
            </w:r>
          </w:p>
        </w:tc>
      </w:tr>
      <w:tr w:rsidR="008E717A" w:rsidRPr="002B20C4" w14:paraId="22A6F392" w14:textId="77777777" w:rsidTr="003445CB">
        <w:trPr>
          <w:jc w:val="center"/>
        </w:trPr>
        <w:tc>
          <w:tcPr>
            <w:tcW w:w="2160" w:type="dxa"/>
            <w:tcBorders>
              <w:bottom w:val="single" w:sz="4" w:space="0" w:color="E0E0E0"/>
            </w:tcBorders>
          </w:tcPr>
          <w:p w14:paraId="684EC964" w14:textId="23907DAC" w:rsidR="008E717A" w:rsidRPr="002B20C4" w:rsidRDefault="00000000" w:rsidP="00320B7E">
            <w:pPr>
              <w:spacing w:before="120" w:after="120" w:line="360" w:lineRule="auto"/>
              <w:rPr>
                <w:rFonts w:ascii="Century Schoolbook" w:hAnsi="Century Schoolbook"/>
                <w:b/>
                <w:bCs/>
                <w:sz w:val="24"/>
                <w:szCs w:val="24"/>
              </w:rPr>
            </w:pPr>
            <w:r w:rsidRPr="002B20C4">
              <w:rPr>
                <w:rFonts w:ascii="Century Schoolbook" w:hAnsi="Century Schoolbook"/>
                <w:b/>
                <w:bCs/>
                <w:color w:val="787878"/>
                <w:sz w:val="24"/>
                <w:szCs w:val="24"/>
              </w:rPr>
              <w:t>F</w:t>
            </w:r>
            <w:r w:rsidR="001F1A3F">
              <w:rPr>
                <w:rFonts w:ascii="Century Schoolbook" w:hAnsi="Century Schoolbook"/>
                <w:b/>
                <w:bCs/>
                <w:color w:val="787878"/>
                <w:sz w:val="24"/>
                <w:szCs w:val="24"/>
              </w:rPr>
              <w:t>AX</w:t>
            </w:r>
          </w:p>
        </w:tc>
        <w:tc>
          <w:tcPr>
            <w:tcW w:w="7200" w:type="dxa"/>
            <w:tcBorders>
              <w:bottom w:val="single" w:sz="4" w:space="0" w:color="E0E0E0"/>
            </w:tcBorders>
          </w:tcPr>
          <w:p w14:paraId="3190FF82" w14:textId="40ACF495" w:rsidR="008E717A" w:rsidRPr="002B20C4" w:rsidRDefault="00CA7297" w:rsidP="00320B7E">
            <w:pPr>
              <w:spacing w:before="120" w:after="120" w:line="360" w:lineRule="auto"/>
              <w:rPr>
                <w:rFonts w:ascii="Century Schoolbook" w:hAnsi="Century Schoolbook"/>
                <w:sz w:val="24"/>
                <w:szCs w:val="24"/>
              </w:rPr>
            </w:pPr>
            <w:r w:rsidRPr="002B20C4">
              <w:rPr>
                <w:rFonts w:ascii="Century Schoolbook" w:hAnsi="Century Schoolbook"/>
                <w:sz w:val="24"/>
                <w:szCs w:val="24"/>
              </w:rPr>
              <w:t>{{</w:t>
            </w:r>
            <w:proofErr w:type="spellStart"/>
            <w:r w:rsidRPr="002B20C4">
              <w:rPr>
                <w:rFonts w:ascii="Century Schoolbook" w:hAnsi="Century Schoolbook"/>
                <w:sz w:val="24"/>
                <w:szCs w:val="24"/>
              </w:rPr>
              <w:t>cp_fromFax</w:t>
            </w:r>
            <w:proofErr w:type="spellEnd"/>
            <w:r w:rsidRPr="002B20C4">
              <w:rPr>
                <w:rFonts w:ascii="Century Schoolbook" w:hAnsi="Century Schoolbook"/>
                <w:sz w:val="24"/>
                <w:szCs w:val="24"/>
              </w:rPr>
              <w:t>}}</w:t>
            </w:r>
          </w:p>
        </w:tc>
      </w:tr>
      <w:tr w:rsidR="008E717A" w:rsidRPr="002B20C4" w14:paraId="715D8FD7" w14:textId="77777777" w:rsidTr="003445CB">
        <w:trPr>
          <w:jc w:val="center"/>
        </w:trPr>
        <w:tc>
          <w:tcPr>
            <w:tcW w:w="2160" w:type="dxa"/>
            <w:tcBorders>
              <w:bottom w:val="single" w:sz="4" w:space="0" w:color="E0E0E0"/>
            </w:tcBorders>
          </w:tcPr>
          <w:p w14:paraId="79DAFD9B" w14:textId="2AD0EE09" w:rsidR="008E717A" w:rsidRPr="002B20C4" w:rsidRDefault="00000000" w:rsidP="00320B7E">
            <w:pPr>
              <w:spacing w:before="120" w:after="120" w:line="360" w:lineRule="auto"/>
              <w:rPr>
                <w:rFonts w:ascii="Century Schoolbook" w:hAnsi="Century Schoolbook"/>
                <w:b/>
                <w:bCs/>
                <w:sz w:val="24"/>
                <w:szCs w:val="24"/>
              </w:rPr>
            </w:pPr>
            <w:r w:rsidRPr="002B20C4">
              <w:rPr>
                <w:rFonts w:ascii="Century Schoolbook" w:hAnsi="Century Schoolbook"/>
                <w:b/>
                <w:bCs/>
                <w:color w:val="787878"/>
                <w:sz w:val="24"/>
                <w:szCs w:val="24"/>
              </w:rPr>
              <w:t>P</w:t>
            </w:r>
            <w:r w:rsidR="001F1A3F">
              <w:rPr>
                <w:rFonts w:ascii="Century Schoolbook" w:hAnsi="Century Schoolbook"/>
                <w:b/>
                <w:bCs/>
                <w:color w:val="787878"/>
                <w:sz w:val="24"/>
                <w:szCs w:val="24"/>
              </w:rPr>
              <w:t>HONE</w:t>
            </w:r>
          </w:p>
        </w:tc>
        <w:tc>
          <w:tcPr>
            <w:tcW w:w="7200" w:type="dxa"/>
            <w:tcBorders>
              <w:bottom w:val="single" w:sz="4" w:space="0" w:color="E0E0E0"/>
            </w:tcBorders>
          </w:tcPr>
          <w:p w14:paraId="61400DC8" w14:textId="3B6D0F60" w:rsidR="008E717A" w:rsidRPr="002B20C4" w:rsidRDefault="00CA7297" w:rsidP="00320B7E">
            <w:pPr>
              <w:spacing w:before="120" w:after="120" w:line="360" w:lineRule="auto"/>
              <w:rPr>
                <w:rFonts w:ascii="Century Schoolbook" w:hAnsi="Century Schoolbook"/>
                <w:sz w:val="24"/>
                <w:szCs w:val="24"/>
              </w:rPr>
            </w:pPr>
            <w:r w:rsidRPr="002B20C4">
              <w:rPr>
                <w:rFonts w:ascii="Century Schoolbook" w:hAnsi="Century Schoolbook"/>
                <w:color w:val="000000"/>
                <w:sz w:val="24"/>
                <w:szCs w:val="24"/>
              </w:rPr>
              <w:t>{{</w:t>
            </w:r>
            <w:proofErr w:type="spellStart"/>
            <w:r w:rsidRPr="002B20C4">
              <w:rPr>
                <w:rFonts w:ascii="Century Schoolbook" w:hAnsi="Century Schoolbook"/>
                <w:color w:val="000000"/>
                <w:sz w:val="24"/>
                <w:szCs w:val="24"/>
              </w:rPr>
              <w:t>cp_fromPhone</w:t>
            </w:r>
            <w:proofErr w:type="spellEnd"/>
            <w:r w:rsidRPr="002B20C4">
              <w:rPr>
                <w:rFonts w:ascii="Century Schoolbook" w:hAnsi="Century Schoolbook"/>
                <w:color w:val="000000"/>
                <w:sz w:val="24"/>
                <w:szCs w:val="24"/>
              </w:rPr>
              <w:t>}}</w:t>
            </w:r>
          </w:p>
        </w:tc>
      </w:tr>
      <w:tr w:rsidR="008E717A" w:rsidRPr="002B20C4" w14:paraId="4EF358D7" w14:textId="77777777" w:rsidTr="003445CB">
        <w:trPr>
          <w:jc w:val="center"/>
        </w:trPr>
        <w:tc>
          <w:tcPr>
            <w:tcW w:w="2160" w:type="dxa"/>
            <w:tcBorders>
              <w:bottom w:val="single" w:sz="4" w:space="0" w:color="E0E0E0"/>
            </w:tcBorders>
          </w:tcPr>
          <w:p w14:paraId="2D64114F" w14:textId="78256E68" w:rsidR="008E717A" w:rsidRPr="002B20C4" w:rsidRDefault="00000000" w:rsidP="00320B7E">
            <w:pPr>
              <w:spacing w:before="120" w:after="120" w:line="360" w:lineRule="auto"/>
              <w:rPr>
                <w:rFonts w:ascii="Century Schoolbook" w:hAnsi="Century Schoolbook"/>
                <w:b/>
                <w:bCs/>
                <w:sz w:val="24"/>
                <w:szCs w:val="24"/>
              </w:rPr>
            </w:pPr>
            <w:r w:rsidRPr="002B20C4">
              <w:rPr>
                <w:rFonts w:ascii="Century Schoolbook" w:hAnsi="Century Schoolbook"/>
                <w:b/>
                <w:bCs/>
                <w:color w:val="787878"/>
                <w:sz w:val="24"/>
                <w:szCs w:val="24"/>
              </w:rPr>
              <w:t>D</w:t>
            </w:r>
            <w:r w:rsidR="001F1A3F">
              <w:rPr>
                <w:rFonts w:ascii="Century Schoolbook" w:hAnsi="Century Schoolbook"/>
                <w:b/>
                <w:bCs/>
                <w:color w:val="787878"/>
                <w:sz w:val="24"/>
                <w:szCs w:val="24"/>
              </w:rPr>
              <w:t>ATE</w:t>
            </w:r>
          </w:p>
        </w:tc>
        <w:tc>
          <w:tcPr>
            <w:tcW w:w="7200" w:type="dxa"/>
            <w:tcBorders>
              <w:bottom w:val="single" w:sz="4" w:space="0" w:color="E0E0E0"/>
            </w:tcBorders>
          </w:tcPr>
          <w:p w14:paraId="72F8D43F" w14:textId="45C5E3A8" w:rsidR="008E717A" w:rsidRPr="002B20C4" w:rsidRDefault="00CA7297" w:rsidP="00320B7E">
            <w:pPr>
              <w:spacing w:before="120" w:after="120" w:line="360" w:lineRule="auto"/>
              <w:rPr>
                <w:rFonts w:ascii="Century Schoolbook" w:hAnsi="Century Schoolbook"/>
                <w:sz w:val="24"/>
                <w:szCs w:val="24"/>
              </w:rPr>
            </w:pPr>
            <w:r w:rsidRPr="002B20C4">
              <w:rPr>
                <w:rFonts w:ascii="Century Schoolbook" w:hAnsi="Century Schoolbook"/>
                <w:color w:val="000000"/>
                <w:sz w:val="24"/>
                <w:szCs w:val="24"/>
              </w:rPr>
              <w:t>{{</w:t>
            </w:r>
            <w:proofErr w:type="spellStart"/>
            <w:r w:rsidRPr="002B20C4">
              <w:rPr>
                <w:rFonts w:ascii="Century Schoolbook" w:hAnsi="Century Schoolbook"/>
                <w:color w:val="000000"/>
                <w:sz w:val="24"/>
                <w:szCs w:val="24"/>
              </w:rPr>
              <w:t>cp_datetime</w:t>
            </w:r>
            <w:proofErr w:type="spellEnd"/>
            <w:r w:rsidRPr="002B20C4">
              <w:rPr>
                <w:rFonts w:ascii="Century Schoolbook" w:hAnsi="Century Schoolbook"/>
                <w:color w:val="000000"/>
                <w:sz w:val="24"/>
                <w:szCs w:val="24"/>
              </w:rPr>
              <w:t>}}</w:t>
            </w:r>
          </w:p>
        </w:tc>
      </w:tr>
      <w:tr w:rsidR="008E717A" w:rsidRPr="002B20C4" w14:paraId="4EFB609B" w14:textId="77777777" w:rsidTr="003445CB">
        <w:trPr>
          <w:jc w:val="center"/>
        </w:trPr>
        <w:tc>
          <w:tcPr>
            <w:tcW w:w="2160" w:type="dxa"/>
            <w:tcBorders>
              <w:bottom w:val="single" w:sz="4" w:space="0" w:color="E0E0E0"/>
            </w:tcBorders>
          </w:tcPr>
          <w:p w14:paraId="68A415C8" w14:textId="39B6F20A" w:rsidR="008E717A" w:rsidRPr="002B20C4" w:rsidRDefault="00000000" w:rsidP="00320B7E">
            <w:pPr>
              <w:spacing w:before="120" w:after="120" w:line="360" w:lineRule="auto"/>
              <w:rPr>
                <w:rFonts w:ascii="Century Schoolbook" w:hAnsi="Century Schoolbook"/>
                <w:b/>
                <w:bCs/>
                <w:sz w:val="24"/>
                <w:szCs w:val="24"/>
              </w:rPr>
            </w:pPr>
            <w:r w:rsidRPr="002B20C4">
              <w:rPr>
                <w:rFonts w:ascii="Century Schoolbook" w:hAnsi="Century Schoolbook"/>
                <w:b/>
                <w:bCs/>
                <w:color w:val="787878"/>
                <w:sz w:val="24"/>
                <w:szCs w:val="24"/>
              </w:rPr>
              <w:t>R</w:t>
            </w:r>
            <w:r w:rsidR="001F1A3F">
              <w:rPr>
                <w:rFonts w:ascii="Century Schoolbook" w:hAnsi="Century Schoolbook"/>
                <w:b/>
                <w:bCs/>
                <w:color w:val="787878"/>
                <w:sz w:val="24"/>
                <w:szCs w:val="24"/>
              </w:rPr>
              <w:t>E</w:t>
            </w:r>
          </w:p>
        </w:tc>
        <w:tc>
          <w:tcPr>
            <w:tcW w:w="7200" w:type="dxa"/>
            <w:tcBorders>
              <w:bottom w:val="single" w:sz="4" w:space="0" w:color="E0E0E0"/>
            </w:tcBorders>
          </w:tcPr>
          <w:p w14:paraId="79E48626" w14:textId="147595DE" w:rsidR="008E717A" w:rsidRPr="002B20C4" w:rsidRDefault="00CA7297" w:rsidP="00320B7E">
            <w:pPr>
              <w:spacing w:before="120" w:after="120" w:line="360" w:lineRule="auto"/>
              <w:rPr>
                <w:rFonts w:ascii="Century Schoolbook" w:hAnsi="Century Schoolbook"/>
                <w:sz w:val="24"/>
                <w:szCs w:val="24"/>
              </w:rPr>
            </w:pPr>
            <w:r w:rsidRPr="002B20C4">
              <w:rPr>
                <w:rFonts w:ascii="Century Schoolbook" w:hAnsi="Century Schoolbook"/>
                <w:color w:val="000000"/>
                <w:sz w:val="24"/>
                <w:szCs w:val="24"/>
              </w:rPr>
              <w:t>{{</w:t>
            </w:r>
            <w:proofErr w:type="spellStart"/>
            <w:r w:rsidRPr="002B20C4">
              <w:rPr>
                <w:rFonts w:ascii="Century Schoolbook" w:hAnsi="Century Schoolbook"/>
                <w:color w:val="000000"/>
                <w:sz w:val="24"/>
                <w:szCs w:val="24"/>
              </w:rPr>
              <w:t>cp_subject</w:t>
            </w:r>
            <w:proofErr w:type="spellEnd"/>
            <w:r w:rsidRPr="002B20C4">
              <w:rPr>
                <w:rFonts w:ascii="Century Schoolbook" w:hAnsi="Century Schoolbook"/>
                <w:color w:val="000000"/>
                <w:sz w:val="24"/>
                <w:szCs w:val="24"/>
              </w:rPr>
              <w:t>}}</w:t>
            </w:r>
          </w:p>
        </w:tc>
      </w:tr>
      <w:tr w:rsidR="008E717A" w:rsidRPr="002B20C4" w14:paraId="06669728" w14:textId="77777777" w:rsidTr="003445CB">
        <w:trPr>
          <w:jc w:val="center"/>
        </w:trPr>
        <w:tc>
          <w:tcPr>
            <w:tcW w:w="2160" w:type="dxa"/>
            <w:tcBorders>
              <w:bottom w:val="single" w:sz="4" w:space="0" w:color="E0E0E0"/>
            </w:tcBorders>
          </w:tcPr>
          <w:p w14:paraId="1CB5FD71" w14:textId="6E9C7F2C" w:rsidR="008E717A" w:rsidRPr="002B20C4" w:rsidRDefault="00000000" w:rsidP="00320B7E">
            <w:pPr>
              <w:spacing w:before="120" w:after="120" w:line="360" w:lineRule="auto"/>
              <w:rPr>
                <w:rFonts w:ascii="Century Schoolbook" w:hAnsi="Century Schoolbook"/>
                <w:b/>
                <w:bCs/>
                <w:sz w:val="24"/>
                <w:szCs w:val="24"/>
              </w:rPr>
            </w:pPr>
            <w:r w:rsidRPr="002B20C4">
              <w:rPr>
                <w:rFonts w:ascii="Century Schoolbook" w:hAnsi="Century Schoolbook"/>
                <w:b/>
                <w:bCs/>
                <w:color w:val="787878"/>
                <w:sz w:val="24"/>
                <w:szCs w:val="24"/>
              </w:rPr>
              <w:t>P</w:t>
            </w:r>
            <w:r w:rsidR="001F1A3F">
              <w:rPr>
                <w:rFonts w:ascii="Century Schoolbook" w:hAnsi="Century Schoolbook"/>
                <w:b/>
                <w:bCs/>
                <w:color w:val="787878"/>
                <w:sz w:val="24"/>
                <w:szCs w:val="24"/>
              </w:rPr>
              <w:t>AGES</w:t>
            </w:r>
          </w:p>
        </w:tc>
        <w:tc>
          <w:tcPr>
            <w:tcW w:w="7200" w:type="dxa"/>
            <w:tcBorders>
              <w:bottom w:val="single" w:sz="4" w:space="0" w:color="E0E0E0"/>
            </w:tcBorders>
          </w:tcPr>
          <w:p w14:paraId="0CC89772" w14:textId="4921566D" w:rsidR="008E717A" w:rsidRPr="002B20C4" w:rsidRDefault="00CA7297" w:rsidP="00320B7E">
            <w:pPr>
              <w:spacing w:before="120" w:after="120" w:line="360" w:lineRule="auto"/>
              <w:rPr>
                <w:rFonts w:ascii="Century Schoolbook" w:hAnsi="Century Schoolbook"/>
                <w:sz w:val="24"/>
                <w:szCs w:val="24"/>
              </w:rPr>
            </w:pPr>
            <w:r w:rsidRPr="002B20C4">
              <w:rPr>
                <w:rFonts w:ascii="Century Schoolbook" w:hAnsi="Century Schoolbook"/>
                <w:color w:val="000000"/>
                <w:sz w:val="24"/>
                <w:szCs w:val="24"/>
              </w:rPr>
              <w:t>{{</w:t>
            </w:r>
            <w:proofErr w:type="spellStart"/>
            <w:r w:rsidRPr="002B20C4">
              <w:rPr>
                <w:rFonts w:ascii="Century Schoolbook" w:hAnsi="Century Schoolbook"/>
                <w:color w:val="000000"/>
                <w:sz w:val="24"/>
                <w:szCs w:val="24"/>
              </w:rPr>
              <w:t>cp_pageCount</w:t>
            </w:r>
            <w:proofErr w:type="spellEnd"/>
            <w:r w:rsidRPr="002B20C4">
              <w:rPr>
                <w:rFonts w:ascii="Century Schoolbook" w:hAnsi="Century Schoolbook"/>
                <w:color w:val="000000"/>
                <w:sz w:val="24"/>
                <w:szCs w:val="24"/>
              </w:rPr>
              <w:t>}}</w:t>
            </w:r>
          </w:p>
        </w:tc>
      </w:tr>
    </w:tbl>
    <w:p w14:paraId="23C43D7B" w14:textId="1C02B8EA" w:rsidR="008E717A" w:rsidRPr="002B20C4" w:rsidRDefault="00CA7297">
      <w:pPr>
        <w:spacing w:before="240" w:after="120"/>
        <w:rPr>
          <w:rFonts w:ascii="Century Schoolbook" w:hAnsi="Century Schoolbook"/>
          <w:b/>
          <w:bCs/>
          <w:sz w:val="24"/>
          <w:szCs w:val="24"/>
        </w:rPr>
      </w:pPr>
      <w:r w:rsidRPr="002B20C4">
        <w:rPr>
          <w:rFonts w:ascii="Century Schoolbook" w:hAnsi="Century Schoolbook"/>
          <w:color w:val="000000"/>
          <w:sz w:val="24"/>
          <w:szCs w:val="24"/>
        </w:rPr>
        <w:br/>
      </w:r>
      <w:r w:rsidRPr="002B20C4">
        <w:rPr>
          <w:rFonts w:ascii="Century Schoolbook" w:hAnsi="Century Schoolbook"/>
          <w:b/>
          <w:bCs/>
          <w:color w:val="787878"/>
          <w:sz w:val="24"/>
          <w:szCs w:val="24"/>
        </w:rPr>
        <w:t>MESSAGE</w:t>
      </w:r>
    </w:p>
    <w:p w14:paraId="15F67646" w14:textId="1F19ACC7" w:rsidR="00CA7297" w:rsidRPr="002B20C4" w:rsidRDefault="00CA7297" w:rsidP="00A613B0">
      <w:pPr>
        <w:spacing w:after="3000"/>
        <w:rPr>
          <w:rFonts w:ascii="Century Schoolbook" w:hAnsi="Century Schoolbook"/>
          <w:color w:val="141414"/>
          <w:sz w:val="24"/>
          <w:szCs w:val="24"/>
        </w:rPr>
      </w:pPr>
      <w:r w:rsidRPr="002B20C4">
        <w:rPr>
          <w:rFonts w:ascii="Century Schoolbook" w:hAnsi="Century Schoolbook"/>
          <w:color w:val="141414"/>
          <w:sz w:val="24"/>
          <w:szCs w:val="24"/>
        </w:rPr>
        <w:t>{{</w:t>
      </w:r>
      <w:proofErr w:type="spellStart"/>
      <w:r w:rsidRPr="002B20C4">
        <w:rPr>
          <w:rFonts w:ascii="Century Schoolbook" w:hAnsi="Century Schoolbook"/>
          <w:color w:val="141414"/>
          <w:sz w:val="24"/>
          <w:szCs w:val="24"/>
        </w:rPr>
        <w:t>cp_message</w:t>
      </w:r>
      <w:proofErr w:type="spellEnd"/>
      <w:r w:rsidRPr="002B20C4">
        <w:rPr>
          <w:rFonts w:ascii="Century Schoolbook" w:hAnsi="Century Schoolbook"/>
          <w:color w:val="141414"/>
          <w:sz w:val="24"/>
          <w:szCs w:val="24"/>
        </w:rPr>
        <w:t>}}</w:t>
      </w:r>
    </w:p>
    <w:sectPr w:rsidR="00CA7297" w:rsidRPr="002B20C4" w:rsidSect="001F34E8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238DC0" w14:textId="77777777" w:rsidR="009D66F1" w:rsidRDefault="009D66F1" w:rsidP="00CA7297">
      <w:pPr>
        <w:spacing w:after="0" w:line="240" w:lineRule="auto"/>
      </w:pPr>
      <w:r>
        <w:separator/>
      </w:r>
    </w:p>
  </w:endnote>
  <w:endnote w:type="continuationSeparator" w:id="0">
    <w:p w14:paraId="13C7C00E" w14:textId="77777777" w:rsidR="009D66F1" w:rsidRDefault="009D66F1" w:rsidP="00CA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4F21FB" w14:textId="77777777" w:rsidR="00CA7297" w:rsidRPr="005B6FE9" w:rsidRDefault="00CA7297" w:rsidP="00CA7297">
    <w:pPr>
      <w:pBdr>
        <w:top w:val="single" w:sz="4" w:space="6" w:color="E0E0E0"/>
      </w:pBdr>
      <w:spacing w:before="240" w:after="0"/>
      <w:rPr>
        <w:rFonts w:ascii="Aptos" w:hAnsi="Aptos"/>
        <w:color w:val="7F7F7F" w:themeColor="text1" w:themeTint="80"/>
        <w:sz w:val="20"/>
        <w:szCs w:val="20"/>
      </w:rPr>
    </w:pPr>
    <w:r w:rsidRPr="005B6FE9">
      <w:rPr>
        <w:rFonts w:ascii="Aptos" w:hAnsi="Aptos"/>
        <w:color w:val="7F7F7F" w:themeColor="text1" w:themeTint="80"/>
        <w:sz w:val="20"/>
        <w:szCs w:val="20"/>
      </w:rPr>
      <w:t>CONFIDENTIALITY NOTICE — This transmission is intended only for the named recipient and may contain privileged material. If you received it in error, please notify the sender and destroy all copies.</w:t>
    </w:r>
  </w:p>
  <w:p w14:paraId="3C66A03D" w14:textId="0631CB68" w:rsidR="00320B7E" w:rsidRPr="005B6FE9" w:rsidRDefault="00320B7E" w:rsidP="005B6FE9">
    <w:pPr>
      <w:pBdr>
        <w:top w:val="single" w:sz="4" w:space="6" w:color="E0E0E0"/>
      </w:pBdr>
      <w:spacing w:before="240" w:after="0"/>
      <w:jc w:val="center"/>
      <w:rPr>
        <w:rFonts w:ascii="Aptos" w:hAnsi="Aptos"/>
        <w:color w:val="7F7F7F" w:themeColor="text1" w:themeTint="80"/>
        <w:sz w:val="20"/>
        <w:szCs w:val="20"/>
      </w:rPr>
    </w:pPr>
    <w:r w:rsidRPr="005B6FE9">
      <w:rPr>
        <w:rFonts w:ascii="Aptos" w:hAnsi="Aptos"/>
        <w:color w:val="7F7F7F" w:themeColor="text1" w:themeTint="80"/>
        <w:sz w:val="20"/>
        <w:szCs w:val="20"/>
      </w:rPr>
      <w:t xml:space="preserve">Sent with </w:t>
    </w:r>
    <w:proofErr w:type="spellStart"/>
    <w:r w:rsidRPr="005B6FE9">
      <w:rPr>
        <w:rFonts w:ascii="Aptos" w:hAnsi="Aptos"/>
        <w:color w:val="7F7F7F" w:themeColor="text1" w:themeTint="80"/>
        <w:sz w:val="20"/>
        <w:szCs w:val="20"/>
      </w:rPr>
      <w:t>Fax.Live</w:t>
    </w:r>
    <w:proofErr w:type="spellEnd"/>
  </w:p>
  <w:p w14:paraId="2D545ACC" w14:textId="77777777" w:rsidR="00CA7297" w:rsidRPr="005B6FE9" w:rsidRDefault="00CA7297">
    <w:pPr>
      <w:pStyle w:val="Footer"/>
      <w:rPr>
        <w:rFonts w:ascii="Aptos" w:hAnsi="Aptos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4BE7AA" w14:textId="77777777" w:rsidR="009D66F1" w:rsidRDefault="009D66F1" w:rsidP="00CA7297">
      <w:pPr>
        <w:spacing w:after="0" w:line="240" w:lineRule="auto"/>
      </w:pPr>
      <w:r>
        <w:separator/>
      </w:r>
    </w:p>
  </w:footnote>
  <w:footnote w:type="continuationSeparator" w:id="0">
    <w:p w14:paraId="04AC52E1" w14:textId="77777777" w:rsidR="009D66F1" w:rsidRDefault="009D66F1" w:rsidP="00CA72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3311104">
    <w:abstractNumId w:val="8"/>
  </w:num>
  <w:num w:numId="2" w16cid:durableId="1591813252">
    <w:abstractNumId w:val="6"/>
  </w:num>
  <w:num w:numId="3" w16cid:durableId="797263523">
    <w:abstractNumId w:val="5"/>
  </w:num>
  <w:num w:numId="4" w16cid:durableId="2100639799">
    <w:abstractNumId w:val="4"/>
  </w:num>
  <w:num w:numId="5" w16cid:durableId="1495026923">
    <w:abstractNumId w:val="7"/>
  </w:num>
  <w:num w:numId="6" w16cid:durableId="82380068">
    <w:abstractNumId w:val="3"/>
  </w:num>
  <w:num w:numId="7" w16cid:durableId="1169247274">
    <w:abstractNumId w:val="2"/>
  </w:num>
  <w:num w:numId="8" w16cid:durableId="1781414896">
    <w:abstractNumId w:val="1"/>
  </w:num>
  <w:num w:numId="9" w16cid:durableId="194117919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5983"/>
    <w:rsid w:val="0015074B"/>
    <w:rsid w:val="001F1A3F"/>
    <w:rsid w:val="001F34E8"/>
    <w:rsid w:val="00224DC6"/>
    <w:rsid w:val="0029639D"/>
    <w:rsid w:val="002B20C4"/>
    <w:rsid w:val="00320B7E"/>
    <w:rsid w:val="00326F90"/>
    <w:rsid w:val="003445CB"/>
    <w:rsid w:val="00382E17"/>
    <w:rsid w:val="004310B3"/>
    <w:rsid w:val="005B6FE9"/>
    <w:rsid w:val="00874403"/>
    <w:rsid w:val="008E717A"/>
    <w:rsid w:val="009D66F1"/>
    <w:rsid w:val="00A613B0"/>
    <w:rsid w:val="00AA1D8D"/>
    <w:rsid w:val="00AB5F4E"/>
    <w:rsid w:val="00B47730"/>
    <w:rsid w:val="00B73BFC"/>
    <w:rsid w:val="00BD3CF6"/>
    <w:rsid w:val="00CA7297"/>
    <w:rsid w:val="00CB0664"/>
    <w:rsid w:val="00DF00A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739D2E"/>
  <w14:defaultImageDpi w14:val="300"/>
  <w15:docId w15:val="{2897D8B6-D910-5B4E-8255-F3022ABC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04387E8-8816-0847-B8AE-CB22D7EBB334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4f5cd172-ddf2-4c63-a579-91a1c0492751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</Words>
  <Characters>181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Emily Miccio</cp:lastModifiedBy>
  <cp:revision>10</cp:revision>
  <dcterms:created xsi:type="dcterms:W3CDTF">2013-12-23T23:15:00Z</dcterms:created>
  <dcterms:modified xsi:type="dcterms:W3CDTF">2026-08-26T17:10:00Z</dcterms:modified>
  <cp:category/>
</cp:coreProperties>
</file>