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Ind w:w="343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</w:tblGrid>
      <w:tr w:rsidR="006A4234" w14:paraId="6158FD43" w14:textId="77777777" w:rsidTr="002C1A94">
        <w:trPr>
          <w:trHeight w:val="1200"/>
        </w:trPr>
        <w:tc>
          <w:tcPr>
            <w:tcW w:w="2532" w:type="dxa"/>
            <w:vAlign w:val="center"/>
          </w:tcPr>
          <w:p w14:paraId="478C02EC" w14:textId="77777777" w:rsidR="006A4234" w:rsidRPr="00E83DE4" w:rsidRDefault="006A4234" w:rsidP="00C86D19">
            <w:pPr>
              <w:jc w:val="center"/>
              <w:rPr>
                <w:rFonts w:ascii="Georgia" w:hAnsi="Georgia"/>
                <w:color w:val="282421"/>
                <w:sz w:val="44"/>
              </w:rPr>
            </w:pPr>
            <w:r w:rsidRPr="00E83DE4">
              <w:rPr>
                <w:rFonts w:ascii="Georgia" w:hAnsi="Georgia"/>
                <w:color w:val="282421"/>
                <w:sz w:val="44"/>
              </w:rPr>
              <w:t>{{</w:t>
            </w:r>
            <w:proofErr w:type="spellStart"/>
            <w:r w:rsidRPr="00E83DE4">
              <w:rPr>
                <w:rFonts w:ascii="Georgia" w:hAnsi="Georgia"/>
                <w:color w:val="282421"/>
                <w:sz w:val="44"/>
              </w:rPr>
              <w:t>cp_logo</w:t>
            </w:r>
            <w:proofErr w:type="spellEnd"/>
            <w:r w:rsidRPr="00E83DE4">
              <w:rPr>
                <w:rFonts w:ascii="Georgia" w:hAnsi="Georgia"/>
                <w:color w:val="282421"/>
                <w:sz w:val="44"/>
              </w:rPr>
              <w:t>}}</w:t>
            </w:r>
          </w:p>
        </w:tc>
      </w:tr>
    </w:tbl>
    <w:p w14:paraId="3BA18328" w14:textId="77777777" w:rsidR="00F51F2B" w:rsidRDefault="00000000" w:rsidP="009D6577">
      <w:pPr>
        <w:spacing w:before="720" w:after="160"/>
        <w:jc w:val="center"/>
      </w:pPr>
      <w:r>
        <w:rPr>
          <w:rFonts w:ascii="Georgia" w:hAnsi="Georgia"/>
          <w:color w:val="282421"/>
          <w:sz w:val="44"/>
        </w:rPr>
        <w:t>Facsimile Transmittal</w:t>
      </w:r>
    </w:p>
    <w:p w14:paraId="3E3169AD" w14:textId="77777777" w:rsidR="00F51F2B" w:rsidRDefault="00000000">
      <w:pPr>
        <w:spacing w:after="560"/>
        <w:jc w:val="center"/>
      </w:pPr>
      <w:r>
        <w:rPr>
          <w:rFonts w:ascii="Georgia" w:hAnsi="Georgia"/>
          <w:color w:val="B08953"/>
          <w:sz w:val="24"/>
        </w:rPr>
        <w:t>─────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F51F2B" w:rsidRPr="00F25B69" w14:paraId="70CBD10B" w14:textId="77777777">
        <w:trPr>
          <w:jc w:val="center"/>
        </w:trPr>
        <w:tc>
          <w:tcPr>
            <w:tcW w:w="2592" w:type="dxa"/>
            <w:tcBorders>
              <w:top w:val="single" w:sz="4" w:space="0" w:color="EAE5DF"/>
              <w:bottom w:val="single" w:sz="4" w:space="0" w:color="EAE5DF"/>
            </w:tcBorders>
          </w:tcPr>
          <w:p w14:paraId="08AFEB04" w14:textId="77777777" w:rsidR="00F51F2B" w:rsidRPr="00F25B69" w:rsidRDefault="00000000">
            <w:pPr>
              <w:spacing w:before="140" w:after="140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i/>
                <w:color w:val="8C827A"/>
                <w:sz w:val="24"/>
                <w:szCs w:val="24"/>
              </w:rPr>
              <w:t>To</w:t>
            </w:r>
          </w:p>
        </w:tc>
        <w:tc>
          <w:tcPr>
            <w:tcW w:w="6768" w:type="dxa"/>
            <w:tcBorders>
              <w:top w:val="single" w:sz="4" w:space="0" w:color="EAE5DF"/>
              <w:bottom w:val="single" w:sz="4" w:space="0" w:color="EAE5DF"/>
            </w:tcBorders>
          </w:tcPr>
          <w:p w14:paraId="5FD7B1C6" w14:textId="47058D79" w:rsidR="00F51F2B" w:rsidRPr="00F25B69" w:rsidRDefault="00501948">
            <w:pPr>
              <w:spacing w:before="140" w:after="140"/>
              <w:jc w:val="right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{{</w:t>
            </w:r>
            <w:proofErr w:type="spellStart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cp_toName</w:t>
            </w:r>
            <w:proofErr w:type="spellEnd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}}</w:t>
            </w:r>
          </w:p>
        </w:tc>
      </w:tr>
      <w:tr w:rsidR="00F51F2B" w:rsidRPr="00F25B69" w14:paraId="6F58ECA7" w14:textId="77777777">
        <w:trPr>
          <w:jc w:val="center"/>
        </w:trPr>
        <w:tc>
          <w:tcPr>
            <w:tcW w:w="2592" w:type="dxa"/>
            <w:tcBorders>
              <w:bottom w:val="single" w:sz="4" w:space="0" w:color="EAE5DF"/>
            </w:tcBorders>
          </w:tcPr>
          <w:p w14:paraId="561F8436" w14:textId="77777777" w:rsidR="00F51F2B" w:rsidRPr="00F25B69" w:rsidRDefault="00000000">
            <w:pPr>
              <w:spacing w:before="140" w:after="140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i/>
                <w:color w:val="8C827A"/>
                <w:sz w:val="24"/>
                <w:szCs w:val="24"/>
              </w:rPr>
              <w:t>From</w:t>
            </w:r>
          </w:p>
        </w:tc>
        <w:tc>
          <w:tcPr>
            <w:tcW w:w="6768" w:type="dxa"/>
            <w:tcBorders>
              <w:bottom w:val="single" w:sz="4" w:space="0" w:color="EAE5DF"/>
            </w:tcBorders>
          </w:tcPr>
          <w:p w14:paraId="121FF724" w14:textId="393E7C32" w:rsidR="00F51F2B" w:rsidRPr="00F25B69" w:rsidRDefault="00501948">
            <w:pPr>
              <w:spacing w:before="140" w:after="140"/>
              <w:jc w:val="right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{{</w:t>
            </w:r>
            <w:proofErr w:type="spellStart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cp_fromName</w:t>
            </w:r>
            <w:proofErr w:type="spellEnd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}}</w:t>
            </w:r>
          </w:p>
        </w:tc>
      </w:tr>
      <w:tr w:rsidR="00F51F2B" w:rsidRPr="00F25B69" w14:paraId="3F1A212C" w14:textId="77777777">
        <w:trPr>
          <w:jc w:val="center"/>
        </w:trPr>
        <w:tc>
          <w:tcPr>
            <w:tcW w:w="2592" w:type="dxa"/>
            <w:tcBorders>
              <w:bottom w:val="single" w:sz="4" w:space="0" w:color="EAE5DF"/>
            </w:tcBorders>
          </w:tcPr>
          <w:p w14:paraId="417BB4EF" w14:textId="207501F5" w:rsidR="00F51F2B" w:rsidRPr="00F25B69" w:rsidRDefault="0015790A">
            <w:pPr>
              <w:spacing w:before="140" w:after="140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i/>
                <w:color w:val="8C827A"/>
                <w:sz w:val="24"/>
                <w:szCs w:val="24"/>
              </w:rPr>
              <w:t>Sender Fax</w:t>
            </w:r>
          </w:p>
        </w:tc>
        <w:tc>
          <w:tcPr>
            <w:tcW w:w="6768" w:type="dxa"/>
            <w:tcBorders>
              <w:bottom w:val="single" w:sz="4" w:space="0" w:color="EAE5DF"/>
            </w:tcBorders>
          </w:tcPr>
          <w:p w14:paraId="41D90ED0" w14:textId="463C765C" w:rsidR="00F51F2B" w:rsidRPr="00F25B69" w:rsidRDefault="00501948">
            <w:pPr>
              <w:spacing w:before="140" w:after="140"/>
              <w:jc w:val="right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{{</w:t>
            </w:r>
            <w:proofErr w:type="spellStart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cp_fromFax</w:t>
            </w:r>
            <w:proofErr w:type="spellEnd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}}</w:t>
            </w:r>
          </w:p>
        </w:tc>
      </w:tr>
      <w:tr w:rsidR="00F51F2B" w:rsidRPr="00F25B69" w14:paraId="5EF15C39" w14:textId="77777777">
        <w:trPr>
          <w:jc w:val="center"/>
        </w:trPr>
        <w:tc>
          <w:tcPr>
            <w:tcW w:w="2592" w:type="dxa"/>
            <w:tcBorders>
              <w:bottom w:val="single" w:sz="4" w:space="0" w:color="EAE5DF"/>
            </w:tcBorders>
          </w:tcPr>
          <w:p w14:paraId="68776621" w14:textId="77777777" w:rsidR="00F51F2B" w:rsidRPr="00F25B69" w:rsidRDefault="00000000">
            <w:pPr>
              <w:spacing w:before="140" w:after="140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i/>
                <w:color w:val="8C827A"/>
                <w:sz w:val="24"/>
                <w:szCs w:val="24"/>
              </w:rPr>
              <w:t>Date</w:t>
            </w:r>
          </w:p>
        </w:tc>
        <w:tc>
          <w:tcPr>
            <w:tcW w:w="6768" w:type="dxa"/>
            <w:tcBorders>
              <w:bottom w:val="single" w:sz="4" w:space="0" w:color="EAE5DF"/>
            </w:tcBorders>
          </w:tcPr>
          <w:p w14:paraId="4795F553" w14:textId="7943C07E" w:rsidR="00F51F2B" w:rsidRPr="00F25B69" w:rsidRDefault="00501948">
            <w:pPr>
              <w:spacing w:before="140" w:after="140"/>
              <w:jc w:val="right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{{</w:t>
            </w:r>
            <w:proofErr w:type="spellStart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cp_date</w:t>
            </w:r>
            <w:proofErr w:type="spellEnd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}}</w:t>
            </w:r>
          </w:p>
        </w:tc>
      </w:tr>
      <w:tr w:rsidR="00F51F2B" w:rsidRPr="00F25B69" w14:paraId="61643145" w14:textId="77777777">
        <w:trPr>
          <w:jc w:val="center"/>
        </w:trPr>
        <w:tc>
          <w:tcPr>
            <w:tcW w:w="2592" w:type="dxa"/>
            <w:tcBorders>
              <w:bottom w:val="single" w:sz="4" w:space="0" w:color="EAE5DF"/>
            </w:tcBorders>
          </w:tcPr>
          <w:p w14:paraId="6C6BE633" w14:textId="77777777" w:rsidR="00F51F2B" w:rsidRPr="00F25B69" w:rsidRDefault="00000000">
            <w:pPr>
              <w:spacing w:before="140" w:after="140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i/>
                <w:color w:val="8C827A"/>
                <w:sz w:val="24"/>
                <w:szCs w:val="24"/>
              </w:rPr>
              <w:t>Regarding</w:t>
            </w:r>
          </w:p>
        </w:tc>
        <w:tc>
          <w:tcPr>
            <w:tcW w:w="6768" w:type="dxa"/>
            <w:tcBorders>
              <w:bottom w:val="single" w:sz="4" w:space="0" w:color="EAE5DF"/>
            </w:tcBorders>
          </w:tcPr>
          <w:p w14:paraId="026B1729" w14:textId="0492C20E" w:rsidR="00F51F2B" w:rsidRPr="00F25B69" w:rsidRDefault="00501948">
            <w:pPr>
              <w:spacing w:before="140" w:after="140"/>
              <w:jc w:val="right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{{</w:t>
            </w:r>
            <w:proofErr w:type="spellStart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cp_subject</w:t>
            </w:r>
            <w:proofErr w:type="spellEnd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}}</w:t>
            </w:r>
          </w:p>
        </w:tc>
      </w:tr>
      <w:tr w:rsidR="00F51F2B" w:rsidRPr="00F25B69" w14:paraId="77AB2712" w14:textId="77777777">
        <w:trPr>
          <w:jc w:val="center"/>
        </w:trPr>
        <w:tc>
          <w:tcPr>
            <w:tcW w:w="2592" w:type="dxa"/>
            <w:tcBorders>
              <w:bottom w:val="single" w:sz="4" w:space="0" w:color="EAE5DF"/>
            </w:tcBorders>
          </w:tcPr>
          <w:p w14:paraId="5BC318CE" w14:textId="77777777" w:rsidR="00F51F2B" w:rsidRPr="00F25B69" w:rsidRDefault="00000000">
            <w:pPr>
              <w:spacing w:before="140" w:after="140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i/>
                <w:color w:val="8C827A"/>
                <w:sz w:val="24"/>
                <w:szCs w:val="24"/>
              </w:rPr>
              <w:t>Pages</w:t>
            </w:r>
          </w:p>
        </w:tc>
        <w:tc>
          <w:tcPr>
            <w:tcW w:w="6768" w:type="dxa"/>
            <w:tcBorders>
              <w:bottom w:val="single" w:sz="4" w:space="0" w:color="EAE5DF"/>
            </w:tcBorders>
          </w:tcPr>
          <w:p w14:paraId="669B8787" w14:textId="2A1C963A" w:rsidR="00F51F2B" w:rsidRPr="00F25B69" w:rsidRDefault="00501948">
            <w:pPr>
              <w:spacing w:before="140" w:after="140"/>
              <w:jc w:val="right"/>
              <w:rPr>
                <w:sz w:val="24"/>
                <w:szCs w:val="24"/>
              </w:rPr>
            </w:pPr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{{</w:t>
            </w:r>
            <w:proofErr w:type="spellStart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cp_pageCount</w:t>
            </w:r>
            <w:proofErr w:type="spellEnd"/>
            <w:r w:rsidRPr="00F25B69">
              <w:rPr>
                <w:rFonts w:ascii="Georgia" w:hAnsi="Georgia"/>
                <w:b/>
                <w:color w:val="282421"/>
                <w:sz w:val="24"/>
                <w:szCs w:val="24"/>
              </w:rPr>
              <w:t>}}</w:t>
            </w:r>
          </w:p>
        </w:tc>
      </w:tr>
    </w:tbl>
    <w:p w14:paraId="7C06E65B" w14:textId="4883A260" w:rsidR="00F51F2B" w:rsidRPr="00F25B69" w:rsidRDefault="00000000">
      <w:pPr>
        <w:spacing w:before="560" w:after="560"/>
        <w:jc w:val="center"/>
        <w:rPr>
          <w:sz w:val="21"/>
          <w:szCs w:val="21"/>
        </w:rPr>
      </w:pPr>
      <w:r w:rsidRPr="00F25B69">
        <w:rPr>
          <w:rFonts w:ascii="Georgia" w:hAnsi="Georgia"/>
          <w:color w:val="8C827A"/>
          <w:sz w:val="21"/>
          <w:szCs w:val="21"/>
        </w:rPr>
        <w:t xml:space="preserve">Marked </w:t>
      </w:r>
      <w:r w:rsidR="00501948" w:rsidRPr="00F25B69">
        <w:rPr>
          <w:rFonts w:ascii="Georgia" w:hAnsi="Georgia"/>
          <w:b/>
          <w:color w:val="B08953"/>
          <w:sz w:val="21"/>
          <w:szCs w:val="21"/>
        </w:rPr>
        <w:t>{{</w:t>
      </w:r>
      <w:proofErr w:type="spellStart"/>
      <w:r w:rsidR="00501948" w:rsidRPr="00F25B69">
        <w:rPr>
          <w:rFonts w:ascii="Georgia" w:hAnsi="Georgia"/>
          <w:b/>
          <w:color w:val="B08953"/>
          <w:sz w:val="21"/>
          <w:szCs w:val="21"/>
        </w:rPr>
        <w:t>cp_urgency</w:t>
      </w:r>
      <w:proofErr w:type="spellEnd"/>
      <w:proofErr w:type="gramStart"/>
      <w:r w:rsidR="00501948" w:rsidRPr="00F25B69">
        <w:rPr>
          <w:rFonts w:ascii="Georgia" w:hAnsi="Georgia"/>
          <w:b/>
          <w:color w:val="B08953"/>
          <w:sz w:val="21"/>
          <w:szCs w:val="21"/>
        </w:rPr>
        <w:t>}}</w:t>
      </w:r>
      <w:r w:rsidRPr="00F25B69">
        <w:rPr>
          <w:rFonts w:ascii="Georgia" w:hAnsi="Georgia"/>
          <w:color w:val="8C827A"/>
          <w:sz w:val="21"/>
          <w:szCs w:val="21"/>
        </w:rPr>
        <w:t xml:space="preserve">   </w:t>
      </w:r>
      <w:proofErr w:type="gramEnd"/>
      <w:r w:rsidRPr="00F25B69">
        <w:rPr>
          <w:rFonts w:ascii="Georgia" w:hAnsi="Georgia"/>
          <w:color w:val="8C827A"/>
          <w:sz w:val="21"/>
          <w:szCs w:val="21"/>
        </w:rPr>
        <w:t>·   Reply requested</w:t>
      </w:r>
    </w:p>
    <w:p w14:paraId="2FC024D3" w14:textId="53D5E842" w:rsidR="00F51F2B" w:rsidRPr="00F25B69" w:rsidRDefault="00501948">
      <w:pPr>
        <w:spacing w:after="800" w:line="336" w:lineRule="auto"/>
        <w:jc w:val="center"/>
        <w:rPr>
          <w:sz w:val="24"/>
          <w:szCs w:val="24"/>
        </w:rPr>
      </w:pPr>
      <w:r w:rsidRPr="00F25B69">
        <w:rPr>
          <w:rFonts w:ascii="Georgia" w:hAnsi="Georgia"/>
          <w:i/>
          <w:color w:val="282421"/>
          <w:sz w:val="24"/>
          <w:szCs w:val="24"/>
        </w:rPr>
        <w:t>{{</w:t>
      </w:r>
      <w:proofErr w:type="spellStart"/>
      <w:r w:rsidRPr="00F25B69">
        <w:rPr>
          <w:rFonts w:ascii="Georgia" w:hAnsi="Georgia"/>
          <w:i/>
          <w:color w:val="282421"/>
          <w:sz w:val="24"/>
          <w:szCs w:val="24"/>
        </w:rPr>
        <w:t>cp_message</w:t>
      </w:r>
      <w:proofErr w:type="spellEnd"/>
      <w:r w:rsidRPr="00F25B69">
        <w:rPr>
          <w:rFonts w:ascii="Georgia" w:hAnsi="Georgia"/>
          <w:i/>
          <w:color w:val="282421"/>
          <w:sz w:val="24"/>
          <w:szCs w:val="24"/>
        </w:rPr>
        <w:t>}}</w:t>
      </w:r>
    </w:p>
    <w:sectPr w:rsidR="00F51F2B" w:rsidRPr="00F25B69" w:rsidSect="00232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420A15" w14:textId="77777777" w:rsidR="00DF573F" w:rsidRDefault="00DF573F">
      <w:pPr>
        <w:spacing w:after="0" w:line="240" w:lineRule="auto"/>
      </w:pPr>
      <w:r>
        <w:separator/>
      </w:r>
    </w:p>
  </w:endnote>
  <w:endnote w:type="continuationSeparator" w:id="0">
    <w:p w14:paraId="77CCBF5A" w14:textId="77777777" w:rsidR="00DF573F" w:rsidRDefault="00DF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A69E4" w14:textId="77777777" w:rsidR="00E83DE4" w:rsidRDefault="00E83D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D897AA" w14:textId="77777777" w:rsidR="00F51F2B" w:rsidRDefault="00000000" w:rsidP="0015790A">
    <w:pPr>
      <w:pStyle w:val="Footer"/>
      <w:spacing w:line="480" w:lineRule="auto"/>
      <w:jc w:val="center"/>
      <w:rPr>
        <w:rFonts w:ascii="Georgia" w:hAnsi="Georgia"/>
        <w:color w:val="8C827A"/>
        <w:sz w:val="16"/>
      </w:rPr>
    </w:pPr>
    <w:r>
      <w:rPr>
        <w:rFonts w:ascii="Georgia" w:hAnsi="Georgia"/>
        <w:color w:val="8C827A"/>
        <w:sz w:val="16"/>
      </w:rPr>
      <w:t>PRIVILEGED &amp; CONFIDENTIAL · Intended solely for the addressee named above.</w:t>
    </w:r>
  </w:p>
  <w:p w14:paraId="50E3A400" w14:textId="171B58C8" w:rsidR="0015790A" w:rsidRDefault="0015790A" w:rsidP="0015790A">
    <w:pPr>
      <w:pStyle w:val="Footer"/>
      <w:spacing w:line="480" w:lineRule="auto"/>
      <w:jc w:val="center"/>
    </w:pPr>
    <w:r>
      <w:rPr>
        <w:rFonts w:ascii="Georgia" w:hAnsi="Georgia"/>
        <w:color w:val="8C827A"/>
        <w:sz w:val="16"/>
      </w:rPr>
      <w:t xml:space="preserve">Sent with </w:t>
    </w:r>
    <w:proofErr w:type="spellStart"/>
    <w:r>
      <w:rPr>
        <w:rFonts w:ascii="Georgia" w:hAnsi="Georgia"/>
        <w:color w:val="8C827A"/>
        <w:sz w:val="16"/>
      </w:rPr>
      <w:t>Fax.Live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32735A" w14:textId="77777777" w:rsidR="00E83DE4" w:rsidRDefault="00E83D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EFB8D2" w14:textId="77777777" w:rsidR="00DF573F" w:rsidRDefault="00DF573F">
      <w:pPr>
        <w:spacing w:after="0" w:line="240" w:lineRule="auto"/>
      </w:pPr>
      <w:r>
        <w:separator/>
      </w:r>
    </w:p>
  </w:footnote>
  <w:footnote w:type="continuationSeparator" w:id="0">
    <w:p w14:paraId="00BA8D6D" w14:textId="77777777" w:rsidR="00DF573F" w:rsidRDefault="00DF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BCDA29" w14:textId="77777777" w:rsidR="00E83DE4" w:rsidRDefault="00E83D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F2EA2" w14:textId="77777777" w:rsidR="00E83DE4" w:rsidRDefault="00E83D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275D4" w14:textId="77777777" w:rsidR="00E83DE4" w:rsidRDefault="00E83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8194670">
    <w:abstractNumId w:val="8"/>
  </w:num>
  <w:num w:numId="2" w16cid:durableId="1309824858">
    <w:abstractNumId w:val="6"/>
  </w:num>
  <w:num w:numId="3" w16cid:durableId="1284575137">
    <w:abstractNumId w:val="5"/>
  </w:num>
  <w:num w:numId="4" w16cid:durableId="591934753">
    <w:abstractNumId w:val="4"/>
  </w:num>
  <w:num w:numId="5" w16cid:durableId="967055929">
    <w:abstractNumId w:val="7"/>
  </w:num>
  <w:num w:numId="6" w16cid:durableId="1486312535">
    <w:abstractNumId w:val="3"/>
  </w:num>
  <w:num w:numId="7" w16cid:durableId="667906402">
    <w:abstractNumId w:val="2"/>
  </w:num>
  <w:num w:numId="8" w16cid:durableId="2034649257">
    <w:abstractNumId w:val="1"/>
  </w:num>
  <w:num w:numId="9" w16cid:durableId="3311052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983"/>
    <w:rsid w:val="0015074B"/>
    <w:rsid w:val="0015790A"/>
    <w:rsid w:val="00232C50"/>
    <w:rsid w:val="0029639D"/>
    <w:rsid w:val="002C1A94"/>
    <w:rsid w:val="00326F90"/>
    <w:rsid w:val="00374F89"/>
    <w:rsid w:val="004310B3"/>
    <w:rsid w:val="00501948"/>
    <w:rsid w:val="005F64DC"/>
    <w:rsid w:val="0064049A"/>
    <w:rsid w:val="006A4234"/>
    <w:rsid w:val="009D6577"/>
    <w:rsid w:val="00AA1D8D"/>
    <w:rsid w:val="00AB5F4E"/>
    <w:rsid w:val="00B24AC6"/>
    <w:rsid w:val="00B47730"/>
    <w:rsid w:val="00B73BFC"/>
    <w:rsid w:val="00BD744C"/>
    <w:rsid w:val="00C86D19"/>
    <w:rsid w:val="00CB0664"/>
    <w:rsid w:val="00CE34EE"/>
    <w:rsid w:val="00DF573F"/>
    <w:rsid w:val="00E83DE4"/>
    <w:rsid w:val="00F25B69"/>
    <w:rsid w:val="00F51F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3EFF48"/>
  <w14:defaultImageDpi w14:val="300"/>
  <w15:docId w15:val="{2897D8B6-D910-5B4E-8255-F3022ABC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FA3016-90CB-3F4A-AEA7-520E55DDD1DF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5ef11d82-9e09-436b-9f0d-6c116de4642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</Words>
  <Characters>208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Miccio</cp:lastModifiedBy>
  <cp:revision>9</cp:revision>
  <cp:lastPrinted>2026-08-25T17:48:00Z</cp:lastPrinted>
  <dcterms:created xsi:type="dcterms:W3CDTF">2013-12-23T23:15:00Z</dcterms:created>
  <dcterms:modified xsi:type="dcterms:W3CDTF">2026-08-26T17:12:00Z</dcterms:modified>
  <cp:category/>
</cp:coreProperties>
</file>