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jc w:val="center"/>
        <w:tblLayout w:type="fixed"/>
        <w:tblLook w:val="04A0" w:firstRow="1" w:lastRow="0" w:firstColumn="1" w:lastColumn="0" w:noHBand="0" w:noVBand="1"/>
      </w:tblPr>
      <w:tblGrid>
        <w:gridCol w:w="4320"/>
        <w:gridCol w:w="5328"/>
      </w:tblGrid>
      <w:tr w:rsidR="002D5F0E" w14:paraId="73C6E819" w14:textId="77777777" w:rsidTr="005B17E9">
        <w:trPr>
          <w:trHeight w:val="1800"/>
          <w:jc w:val="center"/>
        </w:trPr>
        <w:tc>
          <w:tcPr>
            <w:tcW w:w="4320" w:type="dxa"/>
            <w:tcBorders>
              <w:top w:val="nil"/>
              <w:left w:val="nil"/>
              <w:bottom w:val="nil"/>
              <w:right w:val="nil"/>
            </w:tcBorders>
            <w:tcMar>
              <w:top w:w="80" w:type="dxa"/>
              <w:left w:w="80" w:type="dxa"/>
              <w:bottom w:w="80" w:type="dxa"/>
              <w:right w:w="80" w:type="dxa"/>
            </w:tcMar>
            <w:vAlign w:val="center"/>
          </w:tcPr>
          <w:p w14:paraId="60F15BE4" w14:textId="77777777" w:rsidR="002D5F0E" w:rsidRDefault="00000000" w:rsidP="00131B26">
            <w:pPr>
              <w:spacing w:after="0"/>
            </w:pPr>
            <w:r>
              <w:rPr>
                <w:b/>
                <w:color w:val="6D6D6D"/>
              </w:rPr>
              <w:t>{{cp_logo}}</w:t>
            </w:r>
          </w:p>
        </w:tc>
        <w:tc>
          <w:tcPr>
            <w:tcW w:w="5328" w:type="dxa"/>
            <w:tcBorders>
              <w:top w:val="nil"/>
              <w:left w:val="nil"/>
              <w:bottom w:val="nil"/>
              <w:right w:val="nil"/>
            </w:tcBorders>
            <w:vAlign w:val="center"/>
          </w:tcPr>
          <w:p w14:paraId="265F2E6B" w14:textId="77777777" w:rsidR="002D5F0E" w:rsidRPr="00701F22" w:rsidRDefault="00000000">
            <w:pPr>
              <w:jc w:val="right"/>
              <w:rPr>
                <w:rFonts w:ascii="Baskerville" w:hAnsi="Baskerville" w:cs="Beirut"/>
                <w:b/>
                <w:bCs/>
                <w:sz w:val="80"/>
                <w:szCs w:val="80"/>
              </w:rPr>
            </w:pPr>
            <w:r w:rsidRPr="00701F22">
              <w:rPr>
                <w:rFonts w:ascii="Baskerville" w:hAnsi="Baskerville" w:cs="Beirut"/>
                <w:b/>
                <w:bCs/>
                <w:color w:val="222222"/>
                <w:sz w:val="80"/>
                <w:szCs w:val="80"/>
              </w:rPr>
              <w:t>FAX</w:t>
            </w:r>
          </w:p>
          <w:p w14:paraId="2C848AA0" w14:textId="77777777" w:rsidR="002D5F0E" w:rsidRPr="00131B26" w:rsidRDefault="00000000">
            <w:pPr>
              <w:jc w:val="right"/>
              <w:rPr>
                <w:rFonts w:ascii="Montserrat" w:hAnsi="Montserrat"/>
                <w:i/>
                <w:iCs/>
                <w:sz w:val="24"/>
                <w:szCs w:val="24"/>
              </w:rPr>
            </w:pPr>
            <w:r w:rsidRPr="00131B26">
              <w:rPr>
                <w:rFonts w:ascii="Montserrat" w:hAnsi="Montserrat"/>
                <w:i/>
                <w:iCs/>
                <w:color w:val="6D6D6D"/>
                <w:sz w:val="24"/>
                <w:szCs w:val="24"/>
              </w:rPr>
              <w:t>{{cp_datetime}}</w:t>
            </w:r>
          </w:p>
        </w:tc>
      </w:tr>
    </w:tbl>
    <w:p w14:paraId="30C30E54" w14:textId="269CFD1B" w:rsidR="002D5F0E" w:rsidRDefault="002D5F0E">
      <w:pPr>
        <w:spacing w:before="100" w:after="160"/>
        <w:jc w:val="center"/>
      </w:pPr>
    </w:p>
    <w:p w14:paraId="4609811C" w14:textId="77777777" w:rsidR="002D5F0E" w:rsidRPr="00D721DC" w:rsidRDefault="00000000">
      <w:pPr>
        <w:spacing w:before="40" w:after="40"/>
        <w:rPr>
          <w:rFonts w:ascii="Baskerville" w:hAnsi="Baskerville" w:cs="Beirut"/>
          <w:b/>
          <w:color w:val="215868" w:themeColor="accent5" w:themeShade="80"/>
          <w:sz w:val="32"/>
          <w:szCs w:val="32"/>
        </w:rPr>
      </w:pPr>
      <w:r w:rsidRPr="00D721DC">
        <w:rPr>
          <w:rFonts w:ascii="Baskerville" w:hAnsi="Baskerville" w:cs="Beirut"/>
          <w:b/>
          <w:color w:val="215868" w:themeColor="accent5" w:themeShade="80"/>
          <w:sz w:val="32"/>
          <w:szCs w:val="32"/>
        </w:rPr>
        <w:t>RECIPIENT</w:t>
      </w:r>
    </w:p>
    <w:tbl>
      <w:tblPr>
        <w:tblW w:w="0" w:type="auto"/>
        <w:jc w:val="center"/>
        <w:tblLayout w:type="fixed"/>
        <w:tblLook w:val="04A0" w:firstRow="1" w:lastRow="0" w:firstColumn="1" w:lastColumn="0" w:noHBand="0" w:noVBand="1"/>
      </w:tblPr>
      <w:tblGrid>
        <w:gridCol w:w="1512"/>
        <w:gridCol w:w="8136"/>
      </w:tblGrid>
      <w:tr w:rsidR="002D5F0E" w:rsidRPr="00D97CDD" w14:paraId="3F770542" w14:textId="77777777" w:rsidTr="002A16CC">
        <w:trPr>
          <w:trHeight w:val="490"/>
          <w:jc w:val="center"/>
        </w:trPr>
        <w:tc>
          <w:tcPr>
            <w:tcW w:w="1512" w:type="dxa"/>
            <w:tcBorders>
              <w:top w:val="nil"/>
              <w:left w:val="nil"/>
              <w:bottom w:val="nil"/>
              <w:right w:val="nil"/>
            </w:tcBorders>
            <w:tcMar>
              <w:top w:w="40" w:type="dxa"/>
              <w:left w:w="14" w:type="dxa"/>
              <w:bottom w:w="80" w:type="dxa"/>
              <w:right w:w="14" w:type="dxa"/>
            </w:tcMar>
            <w:vAlign w:val="bottom"/>
          </w:tcPr>
          <w:p w14:paraId="75AAEBC8" w14:textId="77777777" w:rsidR="002D5F0E" w:rsidRPr="002D7712" w:rsidRDefault="00000000" w:rsidP="002A16CC">
            <w:pPr>
              <w:spacing w:after="0"/>
              <w:rPr>
                <w:rFonts w:ascii="Montserrat" w:hAnsi="Montserrat"/>
                <w:b/>
                <w:sz w:val="24"/>
                <w:szCs w:val="24"/>
              </w:rPr>
            </w:pPr>
            <w:r w:rsidRPr="002D7712">
              <w:rPr>
                <w:rFonts w:ascii="Montserrat" w:hAnsi="Montserrat"/>
                <w:b/>
                <w:color w:val="222222"/>
                <w:sz w:val="24"/>
                <w:szCs w:val="24"/>
              </w:rPr>
              <w:t>TO</w:t>
            </w:r>
          </w:p>
        </w:tc>
        <w:tc>
          <w:tcPr>
            <w:tcW w:w="8136" w:type="dxa"/>
            <w:tcBorders>
              <w:top w:val="nil"/>
              <w:left w:val="nil"/>
              <w:bottom w:val="single" w:sz="4" w:space="0" w:color="31849B"/>
              <w:right w:val="nil"/>
            </w:tcBorders>
            <w:tcMar>
              <w:top w:w="40" w:type="dxa"/>
              <w:left w:w="14" w:type="dxa"/>
              <w:bottom w:w="80" w:type="dxa"/>
              <w:right w:w="14" w:type="dxa"/>
            </w:tcMar>
            <w:vAlign w:val="bottom"/>
          </w:tcPr>
          <w:p w14:paraId="392444FA" w14:textId="77777777" w:rsidR="002D5F0E" w:rsidRPr="00D97CDD" w:rsidRDefault="00000000" w:rsidP="002A16CC">
            <w:pPr>
              <w:spacing w:after="0"/>
              <w:rPr>
                <w:rFonts w:ascii="Montserrat" w:hAnsi="Montserrat"/>
                <w:sz w:val="24"/>
                <w:szCs w:val="24"/>
              </w:rPr>
            </w:pPr>
            <w:r w:rsidRPr="00D97CDD">
              <w:rPr>
                <w:rFonts w:ascii="Montserrat" w:hAnsi="Montserrat"/>
                <w:color w:val="222222"/>
                <w:sz w:val="24"/>
                <w:szCs w:val="24"/>
              </w:rPr>
              <w:t>{{cp_toName}}</w:t>
            </w:r>
          </w:p>
        </w:tc>
      </w:tr>
      <w:tr w:rsidR="002D5F0E" w:rsidRPr="00D97CDD" w14:paraId="6CD1DC85" w14:textId="77777777" w:rsidTr="002A16CC">
        <w:trPr>
          <w:trHeight w:val="490"/>
          <w:jc w:val="center"/>
        </w:trPr>
        <w:tc>
          <w:tcPr>
            <w:tcW w:w="1512" w:type="dxa"/>
            <w:tcBorders>
              <w:top w:val="nil"/>
              <w:left w:val="nil"/>
              <w:bottom w:val="nil"/>
              <w:right w:val="nil"/>
            </w:tcBorders>
            <w:tcMar>
              <w:top w:w="40" w:type="dxa"/>
              <w:left w:w="14" w:type="dxa"/>
              <w:bottom w:w="80" w:type="dxa"/>
              <w:right w:w="14" w:type="dxa"/>
            </w:tcMar>
            <w:vAlign w:val="bottom"/>
          </w:tcPr>
          <w:p w14:paraId="54119808" w14:textId="77777777" w:rsidR="002D5F0E" w:rsidRPr="00D97CDD" w:rsidRDefault="00000000" w:rsidP="002A16CC">
            <w:pPr>
              <w:spacing w:after="0"/>
              <w:rPr>
                <w:rFonts w:ascii="Montserrat" w:hAnsi="Montserrat"/>
                <w:sz w:val="24"/>
                <w:szCs w:val="24"/>
              </w:rPr>
            </w:pPr>
            <w:r w:rsidRPr="00D97CDD">
              <w:rPr>
                <w:rFonts w:ascii="Montserrat" w:hAnsi="Montserrat"/>
                <w:b/>
                <w:color w:val="222222"/>
                <w:sz w:val="24"/>
                <w:szCs w:val="24"/>
              </w:rPr>
              <w:t>COMPANY</w:t>
            </w:r>
          </w:p>
        </w:tc>
        <w:tc>
          <w:tcPr>
            <w:tcW w:w="8136" w:type="dxa"/>
            <w:tcBorders>
              <w:top w:val="single" w:sz="4" w:space="0" w:color="31849B"/>
              <w:left w:val="nil"/>
              <w:bottom w:val="single" w:sz="4" w:space="0" w:color="31849B"/>
              <w:right w:val="nil"/>
            </w:tcBorders>
            <w:tcMar>
              <w:top w:w="40" w:type="dxa"/>
              <w:left w:w="14" w:type="dxa"/>
              <w:bottom w:w="80" w:type="dxa"/>
              <w:right w:w="14" w:type="dxa"/>
            </w:tcMar>
            <w:vAlign w:val="bottom"/>
          </w:tcPr>
          <w:p w14:paraId="420249B1" w14:textId="77777777" w:rsidR="002D5F0E" w:rsidRPr="00D97CDD" w:rsidRDefault="00000000" w:rsidP="002A16CC">
            <w:pPr>
              <w:spacing w:after="0"/>
              <w:rPr>
                <w:rFonts w:ascii="Montserrat" w:hAnsi="Montserrat"/>
                <w:sz w:val="24"/>
                <w:szCs w:val="24"/>
              </w:rPr>
            </w:pPr>
            <w:r w:rsidRPr="00D97CDD">
              <w:rPr>
                <w:rFonts w:ascii="Montserrat" w:hAnsi="Montserrat"/>
                <w:color w:val="222222"/>
                <w:sz w:val="24"/>
                <w:szCs w:val="24"/>
              </w:rPr>
              <w:t>{{cp_company}}</w:t>
            </w:r>
          </w:p>
        </w:tc>
      </w:tr>
      <w:tr w:rsidR="002D5F0E" w:rsidRPr="00D97CDD" w14:paraId="02B1ADDC" w14:textId="77777777" w:rsidTr="002A16CC">
        <w:trPr>
          <w:trHeight w:val="490"/>
          <w:jc w:val="center"/>
        </w:trPr>
        <w:tc>
          <w:tcPr>
            <w:tcW w:w="1512" w:type="dxa"/>
            <w:tcBorders>
              <w:top w:val="nil"/>
              <w:left w:val="nil"/>
              <w:bottom w:val="nil"/>
              <w:right w:val="nil"/>
            </w:tcBorders>
            <w:tcMar>
              <w:top w:w="40" w:type="dxa"/>
              <w:left w:w="14" w:type="dxa"/>
              <w:bottom w:w="80" w:type="dxa"/>
              <w:right w:w="14" w:type="dxa"/>
            </w:tcMar>
            <w:vAlign w:val="bottom"/>
          </w:tcPr>
          <w:p w14:paraId="4A05D69F" w14:textId="77777777" w:rsidR="002D5F0E" w:rsidRPr="00D97CDD" w:rsidRDefault="00000000" w:rsidP="002A16CC">
            <w:pPr>
              <w:spacing w:after="0"/>
              <w:rPr>
                <w:rFonts w:ascii="Montserrat" w:hAnsi="Montserrat"/>
                <w:sz w:val="24"/>
                <w:szCs w:val="24"/>
              </w:rPr>
            </w:pPr>
            <w:r w:rsidRPr="00D97CDD">
              <w:rPr>
                <w:rFonts w:ascii="Montserrat" w:hAnsi="Montserrat"/>
                <w:b/>
                <w:color w:val="222222"/>
                <w:sz w:val="24"/>
                <w:szCs w:val="24"/>
              </w:rPr>
              <w:t>SUBJECT</w:t>
            </w:r>
          </w:p>
        </w:tc>
        <w:tc>
          <w:tcPr>
            <w:tcW w:w="8136" w:type="dxa"/>
            <w:tcBorders>
              <w:top w:val="single" w:sz="4" w:space="0" w:color="31849B"/>
              <w:left w:val="nil"/>
              <w:bottom w:val="single" w:sz="4" w:space="0" w:color="31849B" w:themeColor="accent5" w:themeShade="BF"/>
              <w:right w:val="nil"/>
            </w:tcBorders>
            <w:tcMar>
              <w:top w:w="40" w:type="dxa"/>
              <w:left w:w="14" w:type="dxa"/>
              <w:bottom w:w="80" w:type="dxa"/>
              <w:right w:w="14" w:type="dxa"/>
            </w:tcMar>
            <w:vAlign w:val="bottom"/>
          </w:tcPr>
          <w:p w14:paraId="5D0778C9" w14:textId="77777777" w:rsidR="002D5F0E" w:rsidRPr="00D97CDD" w:rsidRDefault="00000000" w:rsidP="002A16CC">
            <w:pPr>
              <w:spacing w:after="0"/>
              <w:rPr>
                <w:rFonts w:ascii="Montserrat" w:hAnsi="Montserrat"/>
                <w:sz w:val="24"/>
                <w:szCs w:val="24"/>
              </w:rPr>
            </w:pPr>
            <w:r w:rsidRPr="00D97CDD">
              <w:rPr>
                <w:rFonts w:ascii="Montserrat" w:hAnsi="Montserrat"/>
                <w:color w:val="222222"/>
                <w:sz w:val="24"/>
                <w:szCs w:val="24"/>
              </w:rPr>
              <w:t>{{cp_subject}}</w:t>
            </w:r>
          </w:p>
        </w:tc>
      </w:tr>
    </w:tbl>
    <w:p w14:paraId="7FB7E17D" w14:textId="77777777" w:rsidR="006646AB" w:rsidRPr="006646AB" w:rsidRDefault="006646AB" w:rsidP="006646AB">
      <w:pPr>
        <w:spacing w:after="40"/>
        <w:rPr>
          <w:rFonts w:ascii="Montserrat" w:hAnsi="Montserrat"/>
          <w:sz w:val="24"/>
        </w:rPr>
      </w:pPr>
    </w:p>
    <w:p w14:paraId="7567878B" w14:textId="5971D9A8" w:rsidR="002D5F0E" w:rsidRPr="00D721DC" w:rsidRDefault="00000000">
      <w:pPr>
        <w:spacing w:before="40" w:after="40"/>
        <w:rPr>
          <w:rFonts w:ascii="Baskerville" w:hAnsi="Baskerville" w:cs="Beirut"/>
          <w:color w:val="215868" w:themeColor="accent5" w:themeShade="80"/>
          <w:sz w:val="32"/>
          <w:szCs w:val="32"/>
        </w:rPr>
      </w:pPr>
      <w:r w:rsidRPr="00D721DC">
        <w:rPr>
          <w:rFonts w:ascii="Baskerville" w:hAnsi="Baskerville" w:cs="Beirut"/>
          <w:b/>
          <w:color w:val="215868" w:themeColor="accent5" w:themeShade="80"/>
          <w:sz w:val="32"/>
          <w:szCs w:val="32"/>
        </w:rPr>
        <w:t>SENDER</w:t>
      </w:r>
    </w:p>
    <w:tbl>
      <w:tblPr>
        <w:tblW w:w="0" w:type="auto"/>
        <w:jc w:val="center"/>
        <w:tblLayout w:type="fixed"/>
        <w:tblLook w:val="04A0" w:firstRow="1" w:lastRow="0" w:firstColumn="1" w:lastColumn="0" w:noHBand="0" w:noVBand="1"/>
      </w:tblPr>
      <w:tblGrid>
        <w:gridCol w:w="1512"/>
        <w:gridCol w:w="2712"/>
        <w:gridCol w:w="1464"/>
        <w:gridCol w:w="3960"/>
      </w:tblGrid>
      <w:tr w:rsidR="002D5F0E" w:rsidRPr="00D97CDD" w14:paraId="76A94288" w14:textId="77777777" w:rsidTr="002A16CC">
        <w:trPr>
          <w:trHeight w:val="490"/>
          <w:jc w:val="center"/>
        </w:trPr>
        <w:tc>
          <w:tcPr>
            <w:tcW w:w="1512" w:type="dxa"/>
            <w:tcBorders>
              <w:top w:val="nil"/>
              <w:left w:val="nil"/>
              <w:bottom w:val="nil"/>
              <w:right w:val="nil"/>
            </w:tcBorders>
            <w:tcMar>
              <w:top w:w="40" w:type="dxa"/>
              <w:left w:w="20" w:type="dxa"/>
              <w:bottom w:w="80" w:type="dxa"/>
              <w:right w:w="20" w:type="dxa"/>
            </w:tcMar>
            <w:vAlign w:val="bottom"/>
          </w:tcPr>
          <w:p w14:paraId="1FC7C94D" w14:textId="77777777" w:rsidR="002D5F0E" w:rsidRPr="00D97CDD" w:rsidRDefault="00000000" w:rsidP="002A16CC">
            <w:pPr>
              <w:spacing w:after="0"/>
              <w:rPr>
                <w:rFonts w:ascii="Montserrat" w:hAnsi="Montserrat"/>
                <w:sz w:val="24"/>
                <w:szCs w:val="24"/>
              </w:rPr>
            </w:pPr>
            <w:r w:rsidRPr="00D97CDD">
              <w:rPr>
                <w:rFonts w:ascii="Montserrat" w:hAnsi="Montserrat"/>
                <w:b/>
                <w:color w:val="222222"/>
                <w:sz w:val="24"/>
                <w:szCs w:val="24"/>
              </w:rPr>
              <w:t>FROM</w:t>
            </w:r>
          </w:p>
        </w:tc>
        <w:tc>
          <w:tcPr>
            <w:tcW w:w="8136" w:type="dxa"/>
            <w:gridSpan w:val="3"/>
            <w:tcBorders>
              <w:top w:val="nil"/>
              <w:left w:val="nil"/>
              <w:bottom w:val="single" w:sz="4" w:space="0" w:color="31849B"/>
              <w:right w:val="nil"/>
            </w:tcBorders>
            <w:tcMar>
              <w:top w:w="40" w:type="dxa"/>
              <w:left w:w="20" w:type="dxa"/>
              <w:bottom w:w="80" w:type="dxa"/>
              <w:right w:w="20" w:type="dxa"/>
            </w:tcMar>
            <w:vAlign w:val="bottom"/>
          </w:tcPr>
          <w:p w14:paraId="4E82454C" w14:textId="77777777" w:rsidR="002D5F0E" w:rsidRPr="00D97CDD" w:rsidRDefault="00000000" w:rsidP="002A16CC">
            <w:pPr>
              <w:spacing w:after="0"/>
              <w:rPr>
                <w:rFonts w:ascii="Montserrat" w:hAnsi="Montserrat"/>
                <w:sz w:val="24"/>
                <w:szCs w:val="24"/>
              </w:rPr>
            </w:pPr>
            <w:r w:rsidRPr="00D97CDD">
              <w:rPr>
                <w:rFonts w:ascii="Montserrat" w:hAnsi="Montserrat"/>
                <w:color w:val="222222"/>
                <w:sz w:val="24"/>
                <w:szCs w:val="24"/>
              </w:rPr>
              <w:t>{{cp_fromName}}</w:t>
            </w:r>
          </w:p>
        </w:tc>
      </w:tr>
      <w:tr w:rsidR="002D5F0E" w:rsidRPr="00D97CDD" w14:paraId="6D2BAB7A" w14:textId="77777777" w:rsidTr="002A16CC">
        <w:trPr>
          <w:trHeight w:val="490"/>
          <w:jc w:val="center"/>
        </w:trPr>
        <w:tc>
          <w:tcPr>
            <w:tcW w:w="1512" w:type="dxa"/>
            <w:tcBorders>
              <w:top w:val="nil"/>
              <w:left w:val="nil"/>
              <w:bottom w:val="nil"/>
              <w:right w:val="nil"/>
            </w:tcBorders>
            <w:tcMar>
              <w:top w:w="40" w:type="dxa"/>
              <w:left w:w="20" w:type="dxa"/>
              <w:bottom w:w="80" w:type="dxa"/>
              <w:right w:w="20" w:type="dxa"/>
            </w:tcMar>
            <w:vAlign w:val="bottom"/>
          </w:tcPr>
          <w:p w14:paraId="566A5803" w14:textId="77777777" w:rsidR="002D5F0E" w:rsidRPr="00D97CDD" w:rsidRDefault="00000000" w:rsidP="002A16CC">
            <w:pPr>
              <w:spacing w:after="0"/>
              <w:rPr>
                <w:rFonts w:ascii="Montserrat" w:hAnsi="Montserrat"/>
                <w:sz w:val="24"/>
                <w:szCs w:val="24"/>
              </w:rPr>
            </w:pPr>
            <w:r w:rsidRPr="00D97CDD">
              <w:rPr>
                <w:rFonts w:ascii="Montserrat" w:hAnsi="Montserrat"/>
                <w:b/>
                <w:color w:val="222222"/>
                <w:sz w:val="24"/>
                <w:szCs w:val="24"/>
              </w:rPr>
              <w:t>FAX</w:t>
            </w:r>
          </w:p>
        </w:tc>
        <w:tc>
          <w:tcPr>
            <w:tcW w:w="8136" w:type="dxa"/>
            <w:gridSpan w:val="3"/>
            <w:tcBorders>
              <w:top w:val="single" w:sz="4" w:space="0" w:color="31849B"/>
              <w:left w:val="nil"/>
              <w:bottom w:val="single" w:sz="4" w:space="0" w:color="31849B"/>
              <w:right w:val="nil"/>
            </w:tcBorders>
            <w:tcMar>
              <w:top w:w="40" w:type="dxa"/>
              <w:left w:w="20" w:type="dxa"/>
              <w:bottom w:w="80" w:type="dxa"/>
              <w:right w:w="20" w:type="dxa"/>
            </w:tcMar>
            <w:vAlign w:val="bottom"/>
          </w:tcPr>
          <w:p w14:paraId="48BF47A0" w14:textId="77777777" w:rsidR="002D5F0E" w:rsidRPr="00D97CDD" w:rsidRDefault="00000000" w:rsidP="002A16CC">
            <w:pPr>
              <w:spacing w:after="0"/>
              <w:rPr>
                <w:rFonts w:ascii="Montserrat" w:hAnsi="Montserrat"/>
                <w:sz w:val="24"/>
                <w:szCs w:val="24"/>
              </w:rPr>
            </w:pPr>
            <w:r w:rsidRPr="00D97CDD">
              <w:rPr>
                <w:rFonts w:ascii="Montserrat" w:hAnsi="Montserrat"/>
                <w:color w:val="222222"/>
                <w:sz w:val="24"/>
                <w:szCs w:val="24"/>
              </w:rPr>
              <w:t>{{cp_fromFax}}</w:t>
            </w:r>
          </w:p>
        </w:tc>
      </w:tr>
      <w:tr w:rsidR="002D5F0E" w:rsidRPr="00D97CDD" w14:paraId="4C988028" w14:textId="77777777" w:rsidTr="002A16CC">
        <w:trPr>
          <w:trHeight w:val="490"/>
          <w:jc w:val="center"/>
        </w:trPr>
        <w:tc>
          <w:tcPr>
            <w:tcW w:w="1512" w:type="dxa"/>
            <w:tcBorders>
              <w:top w:val="nil"/>
              <w:left w:val="nil"/>
              <w:bottom w:val="nil"/>
              <w:right w:val="nil"/>
            </w:tcBorders>
            <w:tcMar>
              <w:top w:w="40" w:type="dxa"/>
              <w:left w:w="20" w:type="dxa"/>
              <w:bottom w:w="80" w:type="dxa"/>
              <w:right w:w="20" w:type="dxa"/>
            </w:tcMar>
            <w:vAlign w:val="bottom"/>
          </w:tcPr>
          <w:p w14:paraId="3F5E45CE" w14:textId="77777777" w:rsidR="002D5F0E" w:rsidRPr="00D97CDD" w:rsidRDefault="00000000" w:rsidP="002A16CC">
            <w:pPr>
              <w:spacing w:after="0"/>
              <w:rPr>
                <w:rFonts w:ascii="Montserrat" w:hAnsi="Montserrat"/>
                <w:sz w:val="24"/>
                <w:szCs w:val="24"/>
              </w:rPr>
            </w:pPr>
            <w:r w:rsidRPr="00D97CDD">
              <w:rPr>
                <w:rFonts w:ascii="Montserrat" w:hAnsi="Montserrat"/>
                <w:b/>
                <w:color w:val="222222"/>
                <w:sz w:val="24"/>
                <w:szCs w:val="24"/>
              </w:rPr>
              <w:t>PHONE</w:t>
            </w:r>
          </w:p>
        </w:tc>
        <w:tc>
          <w:tcPr>
            <w:tcW w:w="8136" w:type="dxa"/>
            <w:gridSpan w:val="3"/>
            <w:tcBorders>
              <w:top w:val="single" w:sz="4" w:space="0" w:color="31849B"/>
              <w:left w:val="nil"/>
              <w:bottom w:val="single" w:sz="4" w:space="0" w:color="31849B"/>
              <w:right w:val="nil"/>
            </w:tcBorders>
            <w:tcMar>
              <w:top w:w="40" w:type="dxa"/>
              <w:left w:w="20" w:type="dxa"/>
              <w:bottom w:w="80" w:type="dxa"/>
              <w:right w:w="20" w:type="dxa"/>
            </w:tcMar>
            <w:vAlign w:val="bottom"/>
          </w:tcPr>
          <w:p w14:paraId="1EA8CBA0" w14:textId="77777777" w:rsidR="002D5F0E" w:rsidRPr="00D97CDD" w:rsidRDefault="00000000" w:rsidP="002A16CC">
            <w:pPr>
              <w:spacing w:after="0"/>
              <w:rPr>
                <w:rFonts w:ascii="Montserrat" w:hAnsi="Montserrat"/>
                <w:sz w:val="24"/>
                <w:szCs w:val="24"/>
              </w:rPr>
            </w:pPr>
            <w:r w:rsidRPr="00D97CDD">
              <w:rPr>
                <w:rFonts w:ascii="Montserrat" w:hAnsi="Montserrat"/>
                <w:color w:val="222222"/>
                <w:sz w:val="24"/>
                <w:szCs w:val="24"/>
              </w:rPr>
              <w:t>{{cp_fromPhone}}</w:t>
            </w:r>
          </w:p>
        </w:tc>
      </w:tr>
      <w:tr w:rsidR="002A16CC" w:rsidRPr="00D97CDD" w14:paraId="693E9D59" w14:textId="77777777" w:rsidTr="002A16CC">
        <w:trPr>
          <w:trHeight w:val="490"/>
          <w:jc w:val="center"/>
        </w:trPr>
        <w:tc>
          <w:tcPr>
            <w:tcW w:w="1512" w:type="dxa"/>
            <w:tcBorders>
              <w:top w:val="nil"/>
              <w:left w:val="nil"/>
              <w:bottom w:val="nil"/>
              <w:right w:val="nil"/>
            </w:tcBorders>
            <w:tcMar>
              <w:top w:w="40" w:type="dxa"/>
              <w:left w:w="20" w:type="dxa"/>
              <w:bottom w:w="80" w:type="dxa"/>
              <w:right w:w="20" w:type="dxa"/>
            </w:tcMar>
            <w:vAlign w:val="bottom"/>
          </w:tcPr>
          <w:p w14:paraId="01A88028" w14:textId="2227539F" w:rsidR="002A16CC" w:rsidRPr="002A16CC" w:rsidRDefault="002A16CC" w:rsidP="002A16CC">
            <w:pPr>
              <w:spacing w:after="0"/>
              <w:rPr>
                <w:rFonts w:ascii="Montserrat" w:hAnsi="Montserrat"/>
                <w:b/>
                <w:color w:val="0D0D0D"/>
                <w:sz w:val="24"/>
              </w:rPr>
            </w:pPr>
            <w:r w:rsidRPr="002A16CC">
              <w:rPr>
                <w:rFonts w:ascii="Montserrat" w:hAnsi="Montserrat"/>
                <w:b/>
                <w:color w:val="0D0D0D"/>
                <w:sz w:val="24"/>
              </w:rPr>
              <w:t>PAGES</w:t>
            </w:r>
          </w:p>
        </w:tc>
        <w:tc>
          <w:tcPr>
            <w:tcW w:w="2712" w:type="dxa"/>
            <w:tcBorders>
              <w:top w:val="single" w:sz="4" w:space="0" w:color="31849B"/>
              <w:left w:val="nil"/>
              <w:bottom w:val="single" w:sz="4" w:space="0" w:color="31849B"/>
              <w:right w:val="nil"/>
            </w:tcBorders>
            <w:tcMar>
              <w:top w:w="40" w:type="dxa"/>
              <w:left w:w="20" w:type="dxa"/>
              <w:bottom w:w="80" w:type="dxa"/>
              <w:right w:w="20" w:type="dxa"/>
            </w:tcMar>
            <w:vAlign w:val="bottom"/>
          </w:tcPr>
          <w:p w14:paraId="3D5E9C18" w14:textId="77777777" w:rsidR="002A16CC" w:rsidRPr="002A16CC" w:rsidRDefault="002A16CC" w:rsidP="002A16CC">
            <w:pPr>
              <w:spacing w:after="0"/>
              <w:rPr>
                <w:rFonts w:ascii="Montserrat" w:hAnsi="Montserrat"/>
                <w:color w:val="222222"/>
                <w:sz w:val="24"/>
              </w:rPr>
            </w:pPr>
            <w:r w:rsidRPr="002A16CC">
              <w:rPr>
                <w:rFonts w:ascii="Montserrat" w:hAnsi="Montserrat"/>
                <w:color w:val="222222"/>
                <w:sz w:val="24"/>
              </w:rPr>
              <w:t>{{cp_pageCount}}</w:t>
            </w:r>
          </w:p>
        </w:tc>
        <w:tc>
          <w:tcPr>
            <w:tcW w:w="1464" w:type="dxa"/>
            <w:tcBorders>
              <w:top w:val="single" w:sz="4" w:space="0" w:color="31849B"/>
              <w:left w:val="nil"/>
              <w:bottom w:val="none" w:sz="4" w:space="0" w:color="31849B"/>
              <w:right w:val="nil"/>
            </w:tcBorders>
            <w:vAlign w:val="bottom"/>
          </w:tcPr>
          <w:p w14:paraId="71970FCB" w14:textId="6966E714" w:rsidR="002A16CC" w:rsidRPr="002A16CC" w:rsidRDefault="002A16CC" w:rsidP="002A16CC">
            <w:pPr>
              <w:spacing w:after="0"/>
              <w:rPr>
                <w:rFonts w:ascii="Montserrat" w:hAnsi="Montserrat"/>
                <w:b/>
                <w:color w:val="0D0D0D"/>
                <w:sz w:val="24"/>
              </w:rPr>
            </w:pPr>
            <w:r w:rsidRPr="002A16CC">
              <w:rPr>
                <w:rFonts w:ascii="Montserrat" w:hAnsi="Montserrat"/>
                <w:b/>
                <w:color w:val="0D0D0D"/>
                <w:sz w:val="24"/>
              </w:rPr>
              <w:t>PRIORITY</w:t>
            </w:r>
          </w:p>
        </w:tc>
        <w:tc>
          <w:tcPr>
            <w:tcW w:w="3960" w:type="dxa"/>
            <w:tcBorders>
              <w:top w:val="single" w:sz="4" w:space="0" w:color="31849B"/>
              <w:left w:val="nil"/>
              <w:bottom w:val="single" w:sz="4" w:space="0" w:color="31849B"/>
              <w:right w:val="nil"/>
            </w:tcBorders>
            <w:vAlign w:val="bottom"/>
          </w:tcPr>
          <w:p w14:paraId="384925DF" w14:textId="528CA1C4" w:rsidR="002A16CC" w:rsidRPr="002A16CC" w:rsidRDefault="002A16CC" w:rsidP="002A16CC">
            <w:pPr>
              <w:spacing w:after="0"/>
              <w:rPr>
                <w:rFonts w:ascii="Montserrat" w:hAnsi="Montserrat"/>
                <w:color w:val="222222"/>
                <w:sz w:val="24"/>
              </w:rPr>
            </w:pPr>
            <w:r w:rsidRPr="002A16CC">
              <w:rPr>
                <w:rFonts w:ascii="Montserrat" w:hAnsi="Montserrat"/>
                <w:color w:val="222222"/>
                <w:sz w:val="24"/>
              </w:rPr>
              <w:t>{{cp_urgency}}</w:t>
            </w:r>
          </w:p>
        </w:tc>
      </w:tr>
    </w:tbl>
    <w:p w14:paraId="11795FDE" w14:textId="77777777" w:rsidR="002D5F0E" w:rsidRPr="00D97CDD" w:rsidRDefault="002D5F0E">
      <w:pPr>
        <w:spacing w:after="40"/>
        <w:rPr>
          <w:rFonts w:ascii="Montserrat" w:hAnsi="Montserrat"/>
          <w:sz w:val="24"/>
          <w:szCs w:val="24"/>
        </w:rPr>
      </w:pPr>
    </w:p>
    <w:p w14:paraId="30AEB178" w14:textId="72061FA5" w:rsidR="002D5F0E" w:rsidRPr="0000793D" w:rsidRDefault="00000000" w:rsidP="002D7712">
      <w:pPr>
        <w:spacing w:before="80" w:after="80"/>
        <w:rPr>
          <w:rFonts w:ascii="Baskerville" w:hAnsi="Baskerville"/>
          <w:color w:val="215868" w:themeColor="accent5" w:themeShade="80"/>
          <w:sz w:val="32"/>
          <w:szCs w:val="32"/>
        </w:rPr>
      </w:pPr>
      <w:r w:rsidRPr="0000793D">
        <w:rPr>
          <w:rFonts w:ascii="Baskerville" w:hAnsi="Baskerville"/>
          <w:b/>
          <w:color w:val="215868" w:themeColor="accent5" w:themeShade="80"/>
          <w:sz w:val="32"/>
          <w:szCs w:val="32"/>
        </w:rPr>
        <w:t>MESSAGE</w:t>
      </w:r>
    </w:p>
    <w:tbl>
      <w:tblPr>
        <w:tblW w:w="0" w:type="auto"/>
        <w:jc w:val="center"/>
        <w:tblBorders>
          <w:top w:val="single" w:sz="4" w:space="0" w:color="31849B"/>
          <w:left w:val="single" w:sz="4" w:space="0" w:color="31849B"/>
          <w:bottom w:val="single" w:sz="4" w:space="0" w:color="31849B"/>
          <w:right w:val="single" w:sz="4" w:space="0" w:color="31849B"/>
          <w:insideH w:val="none" w:sz="4" w:space="0" w:color="31849B"/>
          <w:insideV w:val="none" w:sz="4" w:space="0" w:color="31849B"/>
        </w:tblBorders>
        <w:tblLayout w:type="fixed"/>
        <w:tblCellMar>
          <w:top w:w="180" w:type="dxa"/>
          <w:left w:w="180" w:type="dxa"/>
          <w:bottom w:w="180" w:type="dxa"/>
          <w:right w:w="180" w:type="dxa"/>
        </w:tblCellMar>
        <w:tblLook w:val="04A0" w:firstRow="1" w:lastRow="0" w:firstColumn="1" w:lastColumn="0" w:noHBand="0" w:noVBand="1"/>
      </w:tblPr>
      <w:tblGrid>
        <w:gridCol w:w="9666"/>
      </w:tblGrid>
      <w:tr w:rsidR="002D5F0E" w:rsidRPr="00D97CDD" w14:paraId="4926B51C" w14:textId="77777777" w:rsidTr="00D05EE4">
        <w:trPr>
          <w:trHeight w:val="475"/>
          <w:jc w:val="center"/>
        </w:trPr>
        <w:tc>
          <w:tcPr>
            <w:tcW w:w="9666" w:type="dxa"/>
            <w:tcMar>
              <w:top w:w="40" w:type="dxa"/>
              <w:left w:w="80" w:type="dxa"/>
              <w:bottom w:w="80" w:type="dxa"/>
              <w:right w:w="80" w:type="dxa"/>
            </w:tcMar>
            <w:vAlign w:val="bottom"/>
          </w:tcPr>
          <w:p w14:paraId="38DB1E50" w14:textId="77777777" w:rsidR="002D5F0E" w:rsidRPr="00D97CDD" w:rsidRDefault="00000000" w:rsidP="008A1834">
            <w:pPr>
              <w:spacing w:after="0"/>
              <w:rPr>
                <w:rFonts w:ascii="Montserrat" w:hAnsi="Montserrat"/>
                <w:sz w:val="24"/>
                <w:szCs w:val="24"/>
              </w:rPr>
            </w:pPr>
            <w:r w:rsidRPr="00D97CDD">
              <w:rPr>
                <w:rFonts w:ascii="Montserrat" w:hAnsi="Montserrat"/>
                <w:color w:val="222222"/>
                <w:sz w:val="24"/>
                <w:szCs w:val="24"/>
              </w:rPr>
              <w:t>{{cp_message}}</w:t>
            </w:r>
          </w:p>
        </w:tc>
      </w:tr>
      <w:tr w:rsidR="002D5F0E" w14:paraId="0573649F" w14:textId="77777777" w:rsidTr="00D05EE4">
        <w:trPr>
          <w:trHeight w:val="475"/>
          <w:jc w:val="center"/>
        </w:trPr>
        <w:tc>
          <w:tcPr>
            <w:tcW w:w="9666" w:type="dxa"/>
            <w:tcMar>
              <w:top w:w="40" w:type="dxa"/>
              <w:left w:w="80" w:type="dxa"/>
              <w:bottom w:w="80" w:type="dxa"/>
              <w:right w:w="80" w:type="dxa"/>
            </w:tcMar>
            <w:vAlign w:val="bottom"/>
          </w:tcPr>
          <w:p w14:paraId="6CFEC90A" w14:textId="77777777" w:rsidR="002D5F0E" w:rsidRDefault="002D5F0E" w:rsidP="008A1834">
            <w:pPr>
              <w:spacing w:after="0"/>
            </w:pPr>
          </w:p>
        </w:tc>
      </w:tr>
      <w:tr w:rsidR="002D5F0E" w14:paraId="7600D9C8" w14:textId="77777777" w:rsidTr="00D05EE4">
        <w:trPr>
          <w:trHeight w:val="475"/>
          <w:jc w:val="center"/>
        </w:trPr>
        <w:tc>
          <w:tcPr>
            <w:tcW w:w="9666" w:type="dxa"/>
            <w:tcMar>
              <w:top w:w="40" w:type="dxa"/>
              <w:left w:w="80" w:type="dxa"/>
              <w:bottom w:w="80" w:type="dxa"/>
              <w:right w:w="80" w:type="dxa"/>
            </w:tcMar>
            <w:vAlign w:val="bottom"/>
          </w:tcPr>
          <w:p w14:paraId="36E7CF1A" w14:textId="77777777" w:rsidR="002D5F0E" w:rsidRDefault="002D5F0E" w:rsidP="008A1834">
            <w:pPr>
              <w:spacing w:after="0"/>
            </w:pPr>
          </w:p>
        </w:tc>
      </w:tr>
      <w:tr w:rsidR="002D5F0E" w14:paraId="04F86B06" w14:textId="77777777" w:rsidTr="00D05EE4">
        <w:trPr>
          <w:trHeight w:val="475"/>
          <w:jc w:val="center"/>
        </w:trPr>
        <w:tc>
          <w:tcPr>
            <w:tcW w:w="9666" w:type="dxa"/>
            <w:tcMar>
              <w:top w:w="40" w:type="dxa"/>
              <w:left w:w="80" w:type="dxa"/>
              <w:bottom w:w="80" w:type="dxa"/>
              <w:right w:w="80" w:type="dxa"/>
            </w:tcMar>
            <w:vAlign w:val="bottom"/>
          </w:tcPr>
          <w:p w14:paraId="19AFB67C" w14:textId="77777777" w:rsidR="002D5F0E" w:rsidRDefault="002D5F0E" w:rsidP="008A1834">
            <w:pPr>
              <w:spacing w:after="0"/>
            </w:pPr>
          </w:p>
        </w:tc>
      </w:tr>
      <w:tr w:rsidR="002D5F0E" w14:paraId="1508CB87" w14:textId="77777777" w:rsidTr="00D05EE4">
        <w:trPr>
          <w:trHeight w:val="475"/>
          <w:jc w:val="center"/>
        </w:trPr>
        <w:tc>
          <w:tcPr>
            <w:tcW w:w="9666" w:type="dxa"/>
            <w:tcMar>
              <w:top w:w="40" w:type="dxa"/>
              <w:left w:w="80" w:type="dxa"/>
              <w:bottom w:w="80" w:type="dxa"/>
              <w:right w:w="80" w:type="dxa"/>
            </w:tcMar>
            <w:vAlign w:val="bottom"/>
          </w:tcPr>
          <w:p w14:paraId="492E6C97" w14:textId="77777777" w:rsidR="002D5F0E" w:rsidRDefault="002D5F0E" w:rsidP="008A1834">
            <w:pPr>
              <w:spacing w:after="0"/>
            </w:pPr>
          </w:p>
        </w:tc>
      </w:tr>
    </w:tbl>
    <w:p w14:paraId="789F2EA5" w14:textId="77777777" w:rsidR="005B17E9" w:rsidRPr="005B17E9" w:rsidRDefault="005B17E9" w:rsidP="00DF00C6">
      <w:pPr>
        <w:rPr>
          <w:rStyle w:val="Strong"/>
          <w:color w:val="7F7F7F" w:themeColor="text1" w:themeTint="80"/>
        </w:rPr>
      </w:pPr>
    </w:p>
    <w:p w14:paraId="3AA077C9" w14:textId="4C5261FC" w:rsidR="00683142" w:rsidRPr="006646AB" w:rsidRDefault="00DF00C6">
      <w:pPr>
        <w:rPr>
          <w:color w:val="7F7F7F" w:themeColor="text1" w:themeTint="80"/>
        </w:rPr>
      </w:pPr>
      <w:r w:rsidRPr="005B17E9">
        <w:rPr>
          <w:rStyle w:val="Strong"/>
          <w:color w:val="7F7F7F" w:themeColor="text1" w:themeTint="80"/>
        </w:rPr>
        <w:t>CONFIDENTIALITY NOTICE:</w:t>
      </w:r>
      <w:r w:rsidRPr="005B17E9">
        <w:rPr>
          <w:color w:val="7F7F7F" w:themeColor="text1" w:themeTint="80"/>
        </w:rPr>
        <w:t xml:space="preserve"> This fax and any attachments may contain confidential or privileged information intended only for the named recipient. If you received this fax in error, please notify the sender and destroy all copies. Any unauthorized review, use, disclosure, or distribution is prohibited.</w:t>
      </w:r>
    </w:p>
    <w:sectPr w:rsidR="00683142" w:rsidRPr="006646AB" w:rsidSect="00D97CDD">
      <w:headerReference w:type="even" r:id="rId8"/>
      <w:headerReference w:type="default" r:id="rId9"/>
      <w:footerReference w:type="even" r:id="rId10"/>
      <w:footerReference w:type="default" r:id="rId11"/>
      <w:headerReference w:type="first" r:id="rId12"/>
      <w:footerReference w:type="first" r:id="rId13"/>
      <w:pgSz w:w="12240" w:h="15840"/>
      <w:pgMar w:top="605" w:right="864" w:bottom="720" w:left="864" w:header="288" w:footer="3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3A671A" w14:textId="77777777" w:rsidR="00262BE1" w:rsidRDefault="00262BE1">
      <w:pPr>
        <w:spacing w:after="0" w:line="240" w:lineRule="auto"/>
      </w:pPr>
      <w:r>
        <w:separator/>
      </w:r>
    </w:p>
  </w:endnote>
  <w:endnote w:type="continuationSeparator" w:id="0">
    <w:p w14:paraId="798A19EA" w14:textId="77777777" w:rsidR="00262BE1" w:rsidRDefault="00262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Baskerville">
    <w:panose1 w:val="02020502070401020303"/>
    <w:charset w:val="00"/>
    <w:family w:val="roman"/>
    <w:pitch w:val="variable"/>
    <w:sig w:usb0="80000067" w:usb1="02000000" w:usb2="00000000" w:usb3="00000000" w:csb0="0000019F" w:csb1="00000000"/>
  </w:font>
  <w:font w:name="Beirut">
    <w:panose1 w:val="00000600000000000000"/>
    <w:charset w:val="B2"/>
    <w:family w:val="auto"/>
    <w:pitch w:val="variable"/>
    <w:sig w:usb0="00002003" w:usb1="00000000" w:usb2="00000000" w:usb3="00000000" w:csb0="00000041" w:csb1="00000000"/>
  </w:font>
  <w:font w:name="Montserrat">
    <w:panose1 w:val="00000500000000000000"/>
    <w:charset w:val="4D"/>
    <w:family w:val="auto"/>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115E1" w14:textId="77777777" w:rsidR="00DF00C6" w:rsidRDefault="00DF00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045A2C" w14:textId="77777777" w:rsidR="002D5F0E" w:rsidRDefault="00000000">
    <w:pPr>
      <w:pStyle w:val="Footer"/>
      <w:jc w:val="center"/>
    </w:pPr>
    <w:r>
      <w:rPr>
        <w:sz w:val="22"/>
      </w:rPr>
      <w:t xml:space="preserve">SENT WITH </w:t>
    </w:r>
    <w:r>
      <w:rPr>
        <w:noProof/>
      </w:rPr>
      <w:drawing>
        <wp:inline distT="0" distB="0" distL="0" distR="0" wp14:anchorId="25A0EFC8" wp14:editId="2A1B8128">
          <wp:extent cx="653143" cy="100584"/>
          <wp:effectExtent l="0" t="0" r="0" b="0"/>
          <wp:docPr id="608663157" name="Picture 60866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653143" cy="10058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8D3C29" w14:textId="77777777" w:rsidR="00DF00C6" w:rsidRDefault="00DF0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80DEEA" w14:textId="77777777" w:rsidR="00262BE1" w:rsidRDefault="00262BE1">
      <w:pPr>
        <w:spacing w:after="0" w:line="240" w:lineRule="auto"/>
      </w:pPr>
      <w:r>
        <w:separator/>
      </w:r>
    </w:p>
  </w:footnote>
  <w:footnote w:type="continuationSeparator" w:id="0">
    <w:p w14:paraId="3C276E69" w14:textId="77777777" w:rsidR="00262BE1" w:rsidRDefault="00262B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B08186" w14:textId="77777777" w:rsidR="00DF00C6" w:rsidRDefault="00DF00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F2EDDC" w14:textId="77777777" w:rsidR="00DF00C6" w:rsidRDefault="00DF00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84FCE5" w14:textId="77777777" w:rsidR="00DF00C6" w:rsidRDefault="00DF00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98998884">
    <w:abstractNumId w:val="8"/>
  </w:num>
  <w:num w:numId="2" w16cid:durableId="445933219">
    <w:abstractNumId w:val="6"/>
  </w:num>
  <w:num w:numId="3" w16cid:durableId="421879400">
    <w:abstractNumId w:val="5"/>
  </w:num>
  <w:num w:numId="4" w16cid:durableId="1741050438">
    <w:abstractNumId w:val="4"/>
  </w:num>
  <w:num w:numId="5" w16cid:durableId="495803708">
    <w:abstractNumId w:val="7"/>
  </w:num>
  <w:num w:numId="6" w16cid:durableId="960258439">
    <w:abstractNumId w:val="3"/>
  </w:num>
  <w:num w:numId="7" w16cid:durableId="2145073784">
    <w:abstractNumId w:val="2"/>
  </w:num>
  <w:num w:numId="8" w16cid:durableId="1485704495">
    <w:abstractNumId w:val="1"/>
  </w:num>
  <w:num w:numId="9" w16cid:durableId="120340265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793D"/>
    <w:rsid w:val="0003208C"/>
    <w:rsid w:val="00034616"/>
    <w:rsid w:val="0006063C"/>
    <w:rsid w:val="00131B26"/>
    <w:rsid w:val="0015074B"/>
    <w:rsid w:val="00262BE1"/>
    <w:rsid w:val="0029639D"/>
    <w:rsid w:val="002A16CC"/>
    <w:rsid w:val="002D5F0E"/>
    <w:rsid w:val="002D7712"/>
    <w:rsid w:val="00326F90"/>
    <w:rsid w:val="0034107D"/>
    <w:rsid w:val="003F7C77"/>
    <w:rsid w:val="005B17E9"/>
    <w:rsid w:val="006646AB"/>
    <w:rsid w:val="00683142"/>
    <w:rsid w:val="00701F22"/>
    <w:rsid w:val="007C3BFE"/>
    <w:rsid w:val="00814EF3"/>
    <w:rsid w:val="008A1834"/>
    <w:rsid w:val="00A74D32"/>
    <w:rsid w:val="00AA1D8D"/>
    <w:rsid w:val="00B265D8"/>
    <w:rsid w:val="00B47730"/>
    <w:rsid w:val="00B73BFC"/>
    <w:rsid w:val="00CB0664"/>
    <w:rsid w:val="00D05EE4"/>
    <w:rsid w:val="00D721DC"/>
    <w:rsid w:val="00D97CDD"/>
    <w:rsid w:val="00DF00C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247E6B"/>
  <w14:defaultImageDpi w14:val="300"/>
  <w15:docId w15:val="{5B7E511D-15F7-B446-A150-AFBFD1666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34C81E0-8557-9D4A-8990-84AD95A96D14}">
  <we:reference id="WA200010453" version="1.0.0.1" store="Omex" storeType="OMEX"/>
  <we:alternateReferences>
    <we:reference id="WA200010453" version="1.0.0.1" store="WA200010453" storeType="OMEX"/>
  </we:alternateReferences>
  <we:properties>
    <we:property name="claude.fileId" value="&quot;cfbed776-b164-4015-bc5b-a15bc8a96892&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70</Words>
  <Characters>496</Characters>
  <Application>Microsoft Office Word</Application>
  <DocSecurity>0</DocSecurity>
  <Lines>27</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Emily Miccio</cp:lastModifiedBy>
  <cp:revision>7</cp:revision>
  <cp:lastPrinted>2026-08-25T18:30:00Z</cp:lastPrinted>
  <dcterms:created xsi:type="dcterms:W3CDTF">2026-08-18T15:56:00Z</dcterms:created>
  <dcterms:modified xsi:type="dcterms:W3CDTF">2026-08-26T17:42:00Z</dcterms:modified>
  <cp:category/>
</cp:coreProperties>
</file>