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E92345" w14:textId="77777777" w:rsidR="001065A2" w:rsidRDefault="001065A2">
      <w:pPr>
        <w:pBdr>
          <w:top w:val="single" w:sz="36" w:space="1" w:color="5C35EF"/>
        </w:pBdr>
        <w:spacing w:after="4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96"/>
        <w:gridCol w:w="144"/>
        <w:gridCol w:w="4752"/>
      </w:tblGrid>
      <w:tr w:rsidR="001065A2" w14:paraId="08FC28E0" w14:textId="77777777">
        <w:trPr>
          <w:jc w:val="center"/>
        </w:trPr>
        <w:tc>
          <w:tcPr>
            <w:tcW w:w="5040" w:type="dxa"/>
            <w:gridSpan w:val="2"/>
          </w:tcPr>
          <w:p w14:paraId="0D39C45E" w14:textId="77777777" w:rsidR="00A00844" w:rsidRPr="00A00844" w:rsidRDefault="00A00844" w:rsidP="00A00844">
            <w:pPr>
              <w:spacing w:after="0"/>
              <w:rPr>
                <w:rFonts w:ascii="Arial" w:hAnsi="Arial" w:cs="Arial"/>
                <w:b/>
                <w:color w:val="141821"/>
                <w:sz w:val="72"/>
              </w:rPr>
            </w:pPr>
            <w:r w:rsidRPr="00A00844">
              <w:rPr>
                <w:rFonts w:ascii="Arial" w:hAnsi="Arial" w:cs="Arial"/>
                <w:b/>
                <w:color w:val="141821"/>
                <w:sz w:val="72"/>
              </w:rPr>
              <w:t>Fax</w:t>
            </w:r>
            <w:r w:rsidRPr="00A00844">
              <w:rPr>
                <w:rFonts w:ascii="Arial" w:hAnsi="Arial" w:cs="Arial"/>
                <w:b/>
                <w:color w:val="141821"/>
                <w:sz w:val="72"/>
              </w:rPr>
              <w:br/>
              <w:t>Cover.</w:t>
            </w:r>
          </w:p>
          <w:p w14:paraId="26FAE5F6" w14:textId="3ADEB7B1" w:rsidR="001065A2" w:rsidRDefault="001065A2">
            <w:pPr>
              <w:spacing w:after="0"/>
            </w:pPr>
          </w:p>
        </w:tc>
        <w:tc>
          <w:tcPr>
            <w:tcW w:w="4752" w:type="dxa"/>
          </w:tcPr>
          <w:p w14:paraId="0254C452" w14:textId="4D910E51" w:rsidR="001065A2" w:rsidRPr="00A77F7D" w:rsidRDefault="00741BFB">
            <w:pPr>
              <w:spacing w:after="0"/>
              <w:jc w:val="right"/>
              <w:rPr>
                <w:bCs/>
                <w:color w:val="0D0D0D" w:themeColor="text1" w:themeTint="F2"/>
                <w:sz w:val="24"/>
                <w:szCs w:val="24"/>
              </w:rPr>
            </w:pPr>
            <w:r w:rsidRPr="00A77F7D">
              <w:rPr>
                <w:rFonts w:ascii="Arial" w:hAnsi="Arial"/>
                <w:bCs/>
                <w:color w:val="0D0D0D" w:themeColor="text1" w:themeTint="F2"/>
                <w:sz w:val="24"/>
                <w:szCs w:val="24"/>
              </w:rPr>
              <w:t>{{</w:t>
            </w:r>
            <w:proofErr w:type="spellStart"/>
            <w:r w:rsidRPr="00A77F7D">
              <w:rPr>
                <w:rFonts w:ascii="Arial" w:hAnsi="Arial"/>
                <w:bCs/>
                <w:color w:val="0D0D0D" w:themeColor="text1" w:themeTint="F2"/>
                <w:sz w:val="24"/>
                <w:szCs w:val="24"/>
              </w:rPr>
              <w:t>cp_datetime</w:t>
            </w:r>
            <w:proofErr w:type="spellEnd"/>
            <w:r w:rsidRPr="00A77F7D">
              <w:rPr>
                <w:rFonts w:ascii="Arial" w:hAnsi="Arial"/>
                <w:bCs/>
                <w:color w:val="0D0D0D" w:themeColor="text1" w:themeTint="F2"/>
                <w:sz w:val="24"/>
                <w:szCs w:val="24"/>
              </w:rPr>
              <w:t>}}</w:t>
            </w:r>
          </w:p>
        </w:tc>
      </w:tr>
      <w:tr w:rsidR="001065A2" w14:paraId="62D3C534" w14:textId="77777777">
        <w:trPr>
          <w:jc w:val="center"/>
        </w:trPr>
        <w:tc>
          <w:tcPr>
            <w:tcW w:w="4896" w:type="dxa"/>
          </w:tcPr>
          <w:p w14:paraId="6B243280" w14:textId="6EC5F730" w:rsidR="001065A2" w:rsidRDefault="00000000">
            <w:pPr>
              <w:spacing w:before="80" w:after="280" w:line="288" w:lineRule="auto"/>
            </w:pPr>
            <w:r w:rsidRPr="00ED4833">
              <w:rPr>
                <w:rFonts w:ascii="Arial" w:hAnsi="Arial"/>
                <w:b/>
                <w:color w:val="8C94A2"/>
                <w:sz w:val="20"/>
                <w:szCs w:val="20"/>
              </w:rPr>
              <w:t>TO</w:t>
            </w:r>
            <w:r>
              <w:rPr>
                <w:rFonts w:ascii="Arial" w:hAnsi="Arial"/>
                <w:b/>
                <w:color w:val="8C94A2"/>
                <w:sz w:val="17"/>
              </w:rPr>
              <w:br/>
            </w:r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{{</w:t>
            </w:r>
            <w:proofErr w:type="spellStart"/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cp_toName</w:t>
            </w:r>
            <w:proofErr w:type="spellEnd"/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}}</w:t>
            </w:r>
          </w:p>
        </w:tc>
        <w:tc>
          <w:tcPr>
            <w:tcW w:w="4896" w:type="dxa"/>
            <w:gridSpan w:val="2"/>
          </w:tcPr>
          <w:p w14:paraId="66B25780" w14:textId="1B1B29FB" w:rsidR="001065A2" w:rsidRDefault="00000000">
            <w:pPr>
              <w:spacing w:before="80" w:after="280" w:line="288" w:lineRule="auto"/>
            </w:pPr>
            <w:r w:rsidRPr="00ED4833">
              <w:rPr>
                <w:rFonts w:ascii="Arial" w:hAnsi="Arial"/>
                <w:b/>
                <w:color w:val="8C94A2"/>
                <w:sz w:val="20"/>
                <w:szCs w:val="20"/>
              </w:rPr>
              <w:t>COMPANY</w:t>
            </w:r>
            <w:r>
              <w:rPr>
                <w:rFonts w:ascii="Arial" w:hAnsi="Arial"/>
                <w:b/>
                <w:color w:val="8C94A2"/>
                <w:sz w:val="17"/>
              </w:rPr>
              <w:br/>
            </w:r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{{</w:t>
            </w:r>
            <w:proofErr w:type="spellStart"/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cp_company</w:t>
            </w:r>
            <w:proofErr w:type="spellEnd"/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}}</w:t>
            </w:r>
          </w:p>
        </w:tc>
      </w:tr>
      <w:tr w:rsidR="001065A2" w14:paraId="235E0007" w14:textId="77777777">
        <w:trPr>
          <w:jc w:val="center"/>
        </w:trPr>
        <w:tc>
          <w:tcPr>
            <w:tcW w:w="4896" w:type="dxa"/>
          </w:tcPr>
          <w:p w14:paraId="714157D2" w14:textId="3BC1CE24" w:rsidR="001065A2" w:rsidRDefault="00000000">
            <w:pPr>
              <w:spacing w:before="80" w:after="280" w:line="288" w:lineRule="auto"/>
            </w:pPr>
            <w:r w:rsidRPr="00ED4833">
              <w:rPr>
                <w:rFonts w:ascii="Arial" w:hAnsi="Arial"/>
                <w:b/>
                <w:color w:val="8C94A2"/>
                <w:sz w:val="20"/>
                <w:szCs w:val="20"/>
              </w:rPr>
              <w:t>FROM</w:t>
            </w:r>
            <w:r>
              <w:rPr>
                <w:rFonts w:ascii="Arial" w:hAnsi="Arial"/>
                <w:b/>
                <w:color w:val="8C94A2"/>
                <w:sz w:val="17"/>
              </w:rPr>
              <w:br/>
            </w:r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{{</w:t>
            </w:r>
            <w:proofErr w:type="spellStart"/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cp_fromName</w:t>
            </w:r>
            <w:proofErr w:type="spellEnd"/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}}</w:t>
            </w:r>
          </w:p>
        </w:tc>
        <w:tc>
          <w:tcPr>
            <w:tcW w:w="4896" w:type="dxa"/>
            <w:gridSpan w:val="2"/>
          </w:tcPr>
          <w:p w14:paraId="72D2FDC2" w14:textId="31D1C59B" w:rsidR="001065A2" w:rsidRDefault="00000000">
            <w:pPr>
              <w:spacing w:before="80" w:after="280" w:line="288" w:lineRule="auto"/>
            </w:pPr>
            <w:r w:rsidRPr="00ED4833">
              <w:rPr>
                <w:rFonts w:ascii="Arial" w:hAnsi="Arial"/>
                <w:b/>
                <w:color w:val="8C94A2"/>
                <w:sz w:val="20"/>
                <w:szCs w:val="20"/>
              </w:rPr>
              <w:t>RE</w:t>
            </w:r>
            <w:r>
              <w:rPr>
                <w:rFonts w:ascii="Arial" w:hAnsi="Arial"/>
                <w:b/>
                <w:color w:val="8C94A2"/>
                <w:sz w:val="17"/>
              </w:rPr>
              <w:br/>
            </w:r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{{</w:t>
            </w:r>
            <w:proofErr w:type="spellStart"/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cp_subject</w:t>
            </w:r>
            <w:proofErr w:type="spellEnd"/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}}</w:t>
            </w:r>
          </w:p>
        </w:tc>
      </w:tr>
      <w:tr w:rsidR="001065A2" w14:paraId="399DABA7" w14:textId="77777777">
        <w:trPr>
          <w:jc w:val="center"/>
        </w:trPr>
        <w:tc>
          <w:tcPr>
            <w:tcW w:w="4896" w:type="dxa"/>
          </w:tcPr>
          <w:p w14:paraId="6833CC74" w14:textId="1DC1299D" w:rsidR="001065A2" w:rsidRDefault="00000000">
            <w:pPr>
              <w:spacing w:before="80" w:after="280" w:line="288" w:lineRule="auto"/>
            </w:pPr>
            <w:r w:rsidRPr="00ED4833">
              <w:rPr>
                <w:rFonts w:ascii="Arial" w:hAnsi="Arial"/>
                <w:b/>
                <w:color w:val="8C94A2"/>
                <w:sz w:val="20"/>
                <w:szCs w:val="20"/>
              </w:rPr>
              <w:t>FAX</w:t>
            </w:r>
            <w:r>
              <w:rPr>
                <w:rFonts w:ascii="Arial" w:hAnsi="Arial"/>
                <w:b/>
                <w:color w:val="8C94A2"/>
                <w:sz w:val="17"/>
              </w:rPr>
              <w:br/>
            </w:r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{{</w:t>
            </w:r>
            <w:proofErr w:type="spellStart"/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cp_fromFax</w:t>
            </w:r>
            <w:proofErr w:type="spellEnd"/>
            <w:r w:rsidR="00741BFB"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}}</w:t>
            </w:r>
          </w:p>
        </w:tc>
        <w:tc>
          <w:tcPr>
            <w:tcW w:w="4896" w:type="dxa"/>
            <w:gridSpan w:val="2"/>
          </w:tcPr>
          <w:p w14:paraId="26377C06" w14:textId="77777777" w:rsidR="001065A2" w:rsidRDefault="00000000">
            <w:pPr>
              <w:spacing w:before="80" w:after="280" w:line="288" w:lineRule="auto"/>
            </w:pPr>
            <w:r w:rsidRPr="00ED4833">
              <w:rPr>
                <w:rFonts w:ascii="Arial" w:hAnsi="Arial"/>
                <w:b/>
                <w:color w:val="8C94A2"/>
                <w:sz w:val="20"/>
                <w:szCs w:val="20"/>
              </w:rPr>
              <w:t>PAGES</w:t>
            </w:r>
            <w:r>
              <w:rPr>
                <w:rFonts w:ascii="Arial" w:hAnsi="Arial"/>
                <w:b/>
                <w:color w:val="8C94A2"/>
                <w:sz w:val="17"/>
              </w:rPr>
              <w:br/>
            </w:r>
            <w:r w:rsidRPr="00ED4833">
              <w:rPr>
                <w:rFonts w:ascii="Arial" w:hAnsi="Arial"/>
                <w:b/>
                <w:color w:val="141821"/>
                <w:sz w:val="24"/>
                <w:szCs w:val="24"/>
              </w:rPr>
              <w:t>3 incl. cover</w:t>
            </w:r>
          </w:p>
        </w:tc>
      </w:tr>
    </w:tbl>
    <w:p w14:paraId="71875D46" w14:textId="77777777" w:rsidR="001065A2" w:rsidRDefault="001065A2">
      <w:pPr>
        <w:spacing w:after="1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8"/>
      </w:tblGrid>
      <w:tr w:rsidR="001065A2" w14:paraId="2809E979" w14:textId="77777777" w:rsidTr="00741BFB">
        <w:trPr>
          <w:trHeight w:val="5474"/>
          <w:jc w:val="center"/>
        </w:trPr>
        <w:tc>
          <w:tcPr>
            <w:tcW w:w="9858" w:type="dxa"/>
            <w:shd w:val="clear" w:color="auto" w:fill="F3F4F7"/>
            <w:tcMar>
              <w:top w:w="240" w:type="dxa"/>
              <w:left w:w="260" w:type="dxa"/>
              <w:bottom w:w="280" w:type="dxa"/>
              <w:right w:w="260" w:type="dxa"/>
            </w:tcMar>
          </w:tcPr>
          <w:p w14:paraId="71122FB4" w14:textId="74B03D09" w:rsidR="001065A2" w:rsidRDefault="00000000">
            <w:pPr>
              <w:spacing w:before="80" w:after="160"/>
            </w:pPr>
            <w:r w:rsidRPr="00ED4833">
              <w:rPr>
                <w:rFonts w:ascii="Arial" w:hAnsi="Arial"/>
                <w:b/>
                <w:color w:val="8C94A2"/>
                <w:sz w:val="20"/>
                <w:szCs w:val="20"/>
              </w:rPr>
              <w:t>MESSAGE</w:t>
            </w:r>
            <w:r w:rsidR="00741BFB">
              <w:rPr>
                <w:rFonts w:ascii="Arial" w:hAnsi="Arial"/>
                <w:b/>
                <w:color w:val="8C94A2"/>
                <w:sz w:val="17"/>
              </w:rPr>
              <w:br/>
            </w:r>
            <w:r w:rsidR="00741BFB">
              <w:rPr>
                <w:rFonts w:ascii="Arial" w:hAnsi="Arial"/>
                <w:b/>
                <w:color w:val="8C94A2"/>
                <w:sz w:val="17"/>
              </w:rPr>
              <w:br/>
            </w:r>
            <w:r w:rsidR="00741BFB" w:rsidRPr="00ED4833">
              <w:rPr>
                <w:rFonts w:ascii="Arial" w:hAnsi="Arial"/>
                <w:bCs/>
                <w:color w:val="000000" w:themeColor="text1"/>
                <w:sz w:val="24"/>
                <w:szCs w:val="24"/>
              </w:rPr>
              <w:t>{{</w:t>
            </w:r>
            <w:proofErr w:type="spellStart"/>
            <w:r w:rsidR="00741BFB" w:rsidRPr="00ED4833">
              <w:rPr>
                <w:rFonts w:ascii="Arial" w:hAnsi="Arial"/>
                <w:bCs/>
                <w:color w:val="000000" w:themeColor="text1"/>
                <w:sz w:val="24"/>
                <w:szCs w:val="24"/>
              </w:rPr>
              <w:t>cp_message</w:t>
            </w:r>
            <w:proofErr w:type="spellEnd"/>
            <w:r w:rsidR="00741BFB" w:rsidRPr="00ED4833">
              <w:rPr>
                <w:rFonts w:ascii="Arial" w:hAnsi="Arial"/>
                <w:bCs/>
                <w:color w:val="000000" w:themeColor="text1"/>
                <w:sz w:val="24"/>
                <w:szCs w:val="24"/>
              </w:rPr>
              <w:t>}}</w:t>
            </w:r>
          </w:p>
          <w:p w14:paraId="61BCEE2C" w14:textId="31E85638" w:rsidR="001065A2" w:rsidRDefault="001065A2">
            <w:pPr>
              <w:spacing w:after="80" w:line="312" w:lineRule="auto"/>
            </w:pPr>
          </w:p>
        </w:tc>
      </w:tr>
    </w:tbl>
    <w:p w14:paraId="1F4E987B" w14:textId="77777777" w:rsidR="00D15557" w:rsidRDefault="00D15557"/>
    <w:sectPr w:rsidR="00D15557" w:rsidSect="00741B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85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79FDDD" w14:textId="77777777" w:rsidR="00A01BF1" w:rsidRDefault="00A01BF1">
      <w:pPr>
        <w:spacing w:after="0" w:line="240" w:lineRule="auto"/>
      </w:pPr>
      <w:r>
        <w:separator/>
      </w:r>
    </w:p>
  </w:endnote>
  <w:endnote w:type="continuationSeparator" w:id="0">
    <w:p w14:paraId="61C932EC" w14:textId="77777777" w:rsidR="00A01BF1" w:rsidRDefault="00A01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9A13BD" w14:textId="77777777" w:rsidR="00A00844" w:rsidRDefault="00A008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614AD4" w14:textId="77777777" w:rsidR="001065A2" w:rsidRPr="00A00844" w:rsidRDefault="00000000" w:rsidP="00A00844">
    <w:pPr>
      <w:pStyle w:val="Footer"/>
      <w:spacing w:line="360" w:lineRule="auto"/>
      <w:jc w:val="center"/>
      <w:rPr>
        <w:rFonts w:ascii="Arial" w:hAnsi="Arial"/>
        <w:color w:val="7F7F7F" w:themeColor="text1" w:themeTint="80"/>
        <w:sz w:val="17"/>
      </w:rPr>
    </w:pPr>
    <w:r w:rsidRPr="00A00844">
      <w:rPr>
        <w:rFonts w:ascii="Arial" w:hAnsi="Arial"/>
        <w:color w:val="7F7F7F" w:themeColor="text1" w:themeTint="80"/>
        <w:sz w:val="17"/>
      </w:rPr>
      <w:t>Confidential — intended only for the named recipient. If received in error, notify the sender and delete all copies.</w:t>
    </w:r>
  </w:p>
  <w:p w14:paraId="7F07CA76" w14:textId="5408205E" w:rsidR="00A00844" w:rsidRPr="00A00844" w:rsidRDefault="00A00844" w:rsidP="00A00844">
    <w:pPr>
      <w:pStyle w:val="Footer"/>
      <w:spacing w:line="360" w:lineRule="auto"/>
      <w:jc w:val="center"/>
      <w:rPr>
        <w:color w:val="7F7F7F" w:themeColor="text1" w:themeTint="80"/>
      </w:rPr>
    </w:pPr>
    <w:r w:rsidRPr="00A00844">
      <w:rPr>
        <w:rFonts w:ascii="Arial" w:hAnsi="Arial"/>
        <w:color w:val="7F7F7F" w:themeColor="text1" w:themeTint="80"/>
        <w:sz w:val="17"/>
      </w:rPr>
      <w:t xml:space="preserve">Sent with </w:t>
    </w:r>
    <w:proofErr w:type="spellStart"/>
    <w:r w:rsidRPr="00A00844">
      <w:rPr>
        <w:rFonts w:ascii="Arial" w:hAnsi="Arial"/>
        <w:color w:val="7F7F7F" w:themeColor="text1" w:themeTint="80"/>
        <w:sz w:val="17"/>
      </w:rPr>
      <w:t>Fax.Live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05FD9A" w14:textId="77777777" w:rsidR="00A00844" w:rsidRDefault="00A00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9B626A" w14:textId="77777777" w:rsidR="00A01BF1" w:rsidRDefault="00A01BF1">
      <w:pPr>
        <w:spacing w:after="0" w:line="240" w:lineRule="auto"/>
      </w:pPr>
      <w:r>
        <w:separator/>
      </w:r>
    </w:p>
  </w:footnote>
  <w:footnote w:type="continuationSeparator" w:id="0">
    <w:p w14:paraId="147EC980" w14:textId="77777777" w:rsidR="00A01BF1" w:rsidRDefault="00A01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F7A634" w14:textId="77777777" w:rsidR="00A00844" w:rsidRDefault="00A008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CB8168" w14:textId="77777777" w:rsidR="00A00844" w:rsidRDefault="00A008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1213D5" w14:textId="77777777" w:rsidR="00A00844" w:rsidRDefault="00A008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3882791">
    <w:abstractNumId w:val="8"/>
  </w:num>
  <w:num w:numId="2" w16cid:durableId="864447028">
    <w:abstractNumId w:val="6"/>
  </w:num>
  <w:num w:numId="3" w16cid:durableId="1282421140">
    <w:abstractNumId w:val="5"/>
  </w:num>
  <w:num w:numId="4" w16cid:durableId="1212688476">
    <w:abstractNumId w:val="4"/>
  </w:num>
  <w:num w:numId="5" w16cid:durableId="140276745">
    <w:abstractNumId w:val="7"/>
  </w:num>
  <w:num w:numId="6" w16cid:durableId="1284000358">
    <w:abstractNumId w:val="3"/>
  </w:num>
  <w:num w:numId="7" w16cid:durableId="808518182">
    <w:abstractNumId w:val="2"/>
  </w:num>
  <w:num w:numId="8" w16cid:durableId="134223851">
    <w:abstractNumId w:val="1"/>
  </w:num>
  <w:num w:numId="9" w16cid:durableId="16192141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79C3"/>
    <w:rsid w:val="00105983"/>
    <w:rsid w:val="001065A2"/>
    <w:rsid w:val="0015074B"/>
    <w:rsid w:val="0029639D"/>
    <w:rsid w:val="00326F90"/>
    <w:rsid w:val="004310B3"/>
    <w:rsid w:val="00741BFB"/>
    <w:rsid w:val="00A00844"/>
    <w:rsid w:val="00A01BF1"/>
    <w:rsid w:val="00A77F7D"/>
    <w:rsid w:val="00AA1D8D"/>
    <w:rsid w:val="00B47730"/>
    <w:rsid w:val="00B73BFC"/>
    <w:rsid w:val="00CB0664"/>
    <w:rsid w:val="00D15557"/>
    <w:rsid w:val="00ED483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7BD869"/>
  <w14:defaultImageDpi w14:val="300"/>
  <w15:docId w15:val="{2897D8B6-D910-5B4E-8255-F3022ABC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04A0E9-6463-7749-84BA-43A1D1006BB1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21da5784-3823-4ec0-ac2f-80fda662c24f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159</Characters>
  <Application>Microsoft Office Word</Application>
  <DocSecurity>0</DocSecurity>
  <Lines>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Miccio</cp:lastModifiedBy>
  <cp:revision>5</cp:revision>
  <dcterms:created xsi:type="dcterms:W3CDTF">2013-12-23T23:15:00Z</dcterms:created>
  <dcterms:modified xsi:type="dcterms:W3CDTF">2026-08-26T16:55:00Z</dcterms:modified>
  <cp:category/>
</cp:coreProperties>
</file>